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15DBA" w14:textId="77777777" w:rsidR="00F92F3A" w:rsidRDefault="00000000">
      <w:pPr>
        <w:pStyle w:val="Heading1"/>
        <w:jc w:val="center"/>
      </w:pPr>
      <w:r>
        <w:t>October 2025</w:t>
      </w:r>
    </w:p>
    <w:tbl>
      <w:tblPr>
        <w:tblStyle w:val="a"/>
        <w:tblW w:w="14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23"/>
        <w:gridCol w:w="2023"/>
        <w:gridCol w:w="2023"/>
        <w:gridCol w:w="2023"/>
        <w:gridCol w:w="2023"/>
        <w:gridCol w:w="2023"/>
        <w:gridCol w:w="2023"/>
      </w:tblGrid>
      <w:tr w:rsidR="00F92F3A" w14:paraId="6467B98C" w14:textId="77777777">
        <w:trPr>
          <w:trHeight w:val="410"/>
        </w:trPr>
        <w:tc>
          <w:tcPr>
            <w:tcW w:w="2023" w:type="dxa"/>
          </w:tcPr>
          <w:p w14:paraId="66E5725F" w14:textId="77777777" w:rsidR="00F92F3A" w:rsidRDefault="00000000">
            <w:pPr>
              <w:jc w:val="center"/>
            </w:pPr>
            <w:r>
              <w:rPr>
                <w:b/>
                <w:bCs/>
              </w:rPr>
              <w:t>Mon</w:t>
            </w:r>
          </w:p>
        </w:tc>
        <w:tc>
          <w:tcPr>
            <w:tcW w:w="2023" w:type="dxa"/>
          </w:tcPr>
          <w:p w14:paraId="0B61A37F" w14:textId="77777777" w:rsidR="00F92F3A" w:rsidRDefault="00000000">
            <w:pPr>
              <w:jc w:val="center"/>
            </w:pPr>
            <w:r>
              <w:rPr>
                <w:b/>
                <w:bCs/>
              </w:rPr>
              <w:t>Tue</w:t>
            </w:r>
          </w:p>
        </w:tc>
        <w:tc>
          <w:tcPr>
            <w:tcW w:w="2023" w:type="dxa"/>
          </w:tcPr>
          <w:p w14:paraId="3BC9F1B7" w14:textId="77777777" w:rsidR="00F92F3A" w:rsidRDefault="00000000">
            <w:pPr>
              <w:jc w:val="center"/>
            </w:pPr>
            <w:r>
              <w:rPr>
                <w:b/>
                <w:bCs/>
              </w:rPr>
              <w:t>Wed</w:t>
            </w:r>
          </w:p>
        </w:tc>
        <w:tc>
          <w:tcPr>
            <w:tcW w:w="2023" w:type="dxa"/>
          </w:tcPr>
          <w:p w14:paraId="4D4AC442" w14:textId="77777777" w:rsidR="00F92F3A" w:rsidRDefault="00000000">
            <w:pPr>
              <w:jc w:val="center"/>
            </w:pPr>
            <w:r>
              <w:rPr>
                <w:b/>
                <w:bCs/>
              </w:rPr>
              <w:t>Thu</w:t>
            </w:r>
          </w:p>
        </w:tc>
        <w:tc>
          <w:tcPr>
            <w:tcW w:w="2023" w:type="dxa"/>
          </w:tcPr>
          <w:p w14:paraId="4857FC75" w14:textId="77777777" w:rsidR="00F92F3A" w:rsidRDefault="00000000">
            <w:pPr>
              <w:jc w:val="center"/>
            </w:pPr>
            <w:r>
              <w:rPr>
                <w:b/>
                <w:bCs/>
              </w:rPr>
              <w:t>Fri</w:t>
            </w:r>
          </w:p>
        </w:tc>
        <w:tc>
          <w:tcPr>
            <w:tcW w:w="2023" w:type="dxa"/>
          </w:tcPr>
          <w:p w14:paraId="727CDE3B" w14:textId="77777777" w:rsidR="00F92F3A" w:rsidRDefault="00000000">
            <w:pPr>
              <w:jc w:val="center"/>
            </w:pPr>
            <w:r>
              <w:rPr>
                <w:b/>
                <w:bCs/>
              </w:rPr>
              <w:t>Sat</w:t>
            </w:r>
          </w:p>
        </w:tc>
        <w:tc>
          <w:tcPr>
            <w:tcW w:w="2023" w:type="dxa"/>
          </w:tcPr>
          <w:p w14:paraId="3B667372" w14:textId="77777777" w:rsidR="00F92F3A" w:rsidRDefault="00000000">
            <w:pPr>
              <w:jc w:val="center"/>
            </w:pPr>
            <w:r>
              <w:rPr>
                <w:b/>
                <w:bCs/>
              </w:rPr>
              <w:t>Sun</w:t>
            </w:r>
          </w:p>
        </w:tc>
      </w:tr>
      <w:tr w:rsidR="00F92F3A" w14:paraId="4FA2D4AF" w14:textId="77777777">
        <w:trPr>
          <w:trHeight w:val="1519"/>
        </w:trPr>
        <w:tc>
          <w:tcPr>
            <w:tcW w:w="2023" w:type="dxa"/>
          </w:tcPr>
          <w:p w14:paraId="7A462797" w14:textId="77777777" w:rsidR="00F92F3A" w:rsidRDefault="00F92F3A"/>
        </w:tc>
        <w:tc>
          <w:tcPr>
            <w:tcW w:w="2023" w:type="dxa"/>
          </w:tcPr>
          <w:p w14:paraId="7069D618" w14:textId="77777777" w:rsidR="00F92F3A" w:rsidRDefault="00F92F3A"/>
        </w:tc>
        <w:tc>
          <w:tcPr>
            <w:tcW w:w="2023" w:type="dxa"/>
            <w:shd w:val="clear" w:color="auto" w:fill="FFF2CC"/>
          </w:tcPr>
          <w:p w14:paraId="27475BDE" w14:textId="77777777" w:rsidR="00F92F3A" w:rsidRDefault="00000000">
            <w:r>
              <w:rPr>
                <w:b/>
                <w:bCs/>
              </w:rPr>
              <w:t>1</w:t>
            </w:r>
          </w:p>
        </w:tc>
        <w:tc>
          <w:tcPr>
            <w:tcW w:w="2023" w:type="dxa"/>
            <w:shd w:val="clear" w:color="auto" w:fill="FFF2CC"/>
          </w:tcPr>
          <w:p w14:paraId="779C24F1" w14:textId="77777777" w:rsidR="00F92F3A" w:rsidRDefault="00000000">
            <w:r>
              <w:rPr>
                <w:b/>
                <w:bCs/>
              </w:rPr>
              <w:t>2</w:t>
            </w:r>
          </w:p>
        </w:tc>
        <w:tc>
          <w:tcPr>
            <w:tcW w:w="2023" w:type="dxa"/>
            <w:shd w:val="clear" w:color="auto" w:fill="FFF2CC"/>
          </w:tcPr>
          <w:p w14:paraId="3C4234D3" w14:textId="77777777" w:rsidR="00F92F3A" w:rsidRDefault="00000000">
            <w:r>
              <w:rPr>
                <w:b/>
                <w:bCs/>
              </w:rPr>
              <w:t>3</w:t>
            </w:r>
          </w:p>
        </w:tc>
        <w:tc>
          <w:tcPr>
            <w:tcW w:w="2023" w:type="dxa"/>
            <w:shd w:val="clear" w:color="auto" w:fill="FFF2CC"/>
          </w:tcPr>
          <w:p w14:paraId="52F1657B" w14:textId="77777777" w:rsidR="00F92F3A" w:rsidRDefault="00000000">
            <w:r>
              <w:rPr>
                <w:b/>
                <w:bCs/>
              </w:rPr>
              <w:t>4</w:t>
            </w:r>
          </w:p>
        </w:tc>
        <w:tc>
          <w:tcPr>
            <w:tcW w:w="2023" w:type="dxa"/>
            <w:shd w:val="clear" w:color="auto" w:fill="FFF2CC"/>
          </w:tcPr>
          <w:p w14:paraId="11CF0FEE" w14:textId="77777777" w:rsidR="00F92F3A" w:rsidRDefault="00000000">
            <w:r>
              <w:rPr>
                <w:b/>
                <w:bCs/>
              </w:rPr>
              <w:t>5</w:t>
            </w:r>
          </w:p>
        </w:tc>
      </w:tr>
      <w:tr w:rsidR="00F92F3A" w14:paraId="28196B6A" w14:textId="77777777">
        <w:trPr>
          <w:trHeight w:val="1319"/>
        </w:trPr>
        <w:tc>
          <w:tcPr>
            <w:tcW w:w="2023" w:type="dxa"/>
            <w:shd w:val="clear" w:color="auto" w:fill="FFF2CC"/>
          </w:tcPr>
          <w:p w14:paraId="34C61265" w14:textId="77777777" w:rsidR="00F92F3A" w:rsidRDefault="00000000">
            <w:r>
              <w:rPr>
                <w:b/>
                <w:bCs/>
              </w:rPr>
              <w:t>6</w:t>
            </w:r>
            <w:r>
              <w:t xml:space="preserve"> ★</w:t>
            </w:r>
          </w:p>
          <w:p w14:paraId="2DBC77D9" w14:textId="77777777" w:rsidR="00F92F3A" w:rsidRDefault="00000000">
            <w:r>
              <w:rPr>
                <w:sz w:val="16"/>
                <w:szCs w:val="16"/>
              </w:rPr>
              <w:t>King's Birthday</w:t>
            </w:r>
          </w:p>
        </w:tc>
        <w:tc>
          <w:tcPr>
            <w:tcW w:w="2023" w:type="dxa"/>
          </w:tcPr>
          <w:p w14:paraId="324E7A6D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  <w:p w14:paraId="07BB8317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Term 4 starts</w:t>
            </w:r>
          </w:p>
        </w:tc>
        <w:tc>
          <w:tcPr>
            <w:tcW w:w="2023" w:type="dxa"/>
          </w:tcPr>
          <w:p w14:paraId="3FA0B484" w14:textId="77777777" w:rsidR="00F92F3A" w:rsidRDefault="00000000">
            <w:r>
              <w:rPr>
                <w:b/>
                <w:bCs/>
              </w:rPr>
              <w:t>8</w:t>
            </w:r>
          </w:p>
        </w:tc>
        <w:tc>
          <w:tcPr>
            <w:tcW w:w="2023" w:type="dxa"/>
          </w:tcPr>
          <w:p w14:paraId="1339F769" w14:textId="77777777" w:rsidR="00F92F3A" w:rsidRDefault="00000000">
            <w:r>
              <w:rPr>
                <w:b/>
                <w:bCs/>
              </w:rPr>
              <w:t>9</w:t>
            </w:r>
          </w:p>
        </w:tc>
        <w:tc>
          <w:tcPr>
            <w:tcW w:w="2023" w:type="dxa"/>
          </w:tcPr>
          <w:p w14:paraId="31D52740" w14:textId="77777777" w:rsidR="00F92F3A" w:rsidRDefault="00000000">
            <w:r>
              <w:rPr>
                <w:b/>
                <w:bCs/>
              </w:rPr>
              <w:t>10</w:t>
            </w:r>
          </w:p>
        </w:tc>
        <w:tc>
          <w:tcPr>
            <w:tcW w:w="2023" w:type="dxa"/>
          </w:tcPr>
          <w:p w14:paraId="594F8D41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  <w:p w14:paraId="5BEAC9A2" w14:textId="77777777" w:rsidR="00F92F3A" w:rsidRDefault="00000000">
            <w:r>
              <w:t>All schools touch</w:t>
            </w:r>
          </w:p>
        </w:tc>
        <w:tc>
          <w:tcPr>
            <w:tcW w:w="2023" w:type="dxa"/>
          </w:tcPr>
          <w:p w14:paraId="59462F94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  <w:p w14:paraId="749C37E6" w14:textId="77777777" w:rsidR="00F92F3A" w:rsidRDefault="00F92F3A"/>
        </w:tc>
      </w:tr>
      <w:tr w:rsidR="00F92F3A" w14:paraId="4603BA75" w14:textId="77777777">
        <w:trPr>
          <w:trHeight w:val="1519"/>
        </w:trPr>
        <w:tc>
          <w:tcPr>
            <w:tcW w:w="2023" w:type="dxa"/>
          </w:tcPr>
          <w:p w14:paraId="723A9AE5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  <w:p w14:paraId="4D5537C8" w14:textId="77777777" w:rsidR="00F92F3A" w:rsidRDefault="00000000">
            <w:r>
              <w:rPr>
                <w:b/>
                <w:bCs/>
              </w:rPr>
              <w:t>Mixed – Round 1</w:t>
            </w:r>
          </w:p>
        </w:tc>
        <w:tc>
          <w:tcPr>
            <w:tcW w:w="2023" w:type="dxa"/>
          </w:tcPr>
          <w:p w14:paraId="5949BF68" w14:textId="77777777" w:rsidR="00F92F3A" w:rsidRDefault="00000000">
            <w:r>
              <w:rPr>
                <w:b/>
                <w:bCs/>
              </w:rPr>
              <w:t>14</w:t>
            </w:r>
          </w:p>
        </w:tc>
        <w:tc>
          <w:tcPr>
            <w:tcW w:w="2023" w:type="dxa"/>
          </w:tcPr>
          <w:p w14:paraId="7D40EB1E" w14:textId="77777777" w:rsidR="00F92F3A" w:rsidRDefault="00000000">
            <w:r>
              <w:rPr>
                <w:b/>
                <w:bCs/>
              </w:rPr>
              <w:t>15</w:t>
            </w:r>
          </w:p>
        </w:tc>
        <w:tc>
          <w:tcPr>
            <w:tcW w:w="2023" w:type="dxa"/>
          </w:tcPr>
          <w:p w14:paraId="3E88E525" w14:textId="77777777" w:rsidR="00F92F3A" w:rsidRDefault="00000000">
            <w:r>
              <w:rPr>
                <w:b/>
                <w:bCs/>
              </w:rPr>
              <w:t>16</w:t>
            </w:r>
          </w:p>
        </w:tc>
        <w:tc>
          <w:tcPr>
            <w:tcW w:w="2023" w:type="dxa"/>
          </w:tcPr>
          <w:p w14:paraId="24CB910A" w14:textId="77777777" w:rsidR="00F92F3A" w:rsidRDefault="00000000">
            <w:r>
              <w:rPr>
                <w:b/>
                <w:bCs/>
              </w:rPr>
              <w:t>17</w:t>
            </w:r>
          </w:p>
        </w:tc>
        <w:tc>
          <w:tcPr>
            <w:tcW w:w="2023" w:type="dxa"/>
          </w:tcPr>
          <w:p w14:paraId="3087E2E2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  <w:r>
              <w:rPr>
                <w:b/>
                <w:bCs/>
              </w:rPr>
              <w:br/>
            </w:r>
            <w:r>
              <w:t>State Athletics</w:t>
            </w:r>
            <w:r>
              <w:rPr>
                <w:b/>
                <w:bCs/>
              </w:rPr>
              <w:t xml:space="preserve"> </w:t>
            </w:r>
          </w:p>
          <w:p w14:paraId="6817BF0E" w14:textId="77777777" w:rsidR="00F92F3A" w:rsidRDefault="00F92F3A"/>
          <w:p w14:paraId="72097CCF" w14:textId="77777777" w:rsidR="00F92F3A" w:rsidRDefault="00000000">
            <w:r>
              <w:t>Stars Camp</w:t>
            </w:r>
          </w:p>
        </w:tc>
        <w:tc>
          <w:tcPr>
            <w:tcW w:w="2023" w:type="dxa"/>
          </w:tcPr>
          <w:p w14:paraId="710613A6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  <w:p w14:paraId="112CAA4A" w14:textId="77777777" w:rsidR="00F92F3A" w:rsidRDefault="00000000">
            <w:r>
              <w:t xml:space="preserve">11 yrs Get ready for rep session </w:t>
            </w:r>
          </w:p>
          <w:p w14:paraId="798D8A68" w14:textId="77777777" w:rsidR="00F92F3A" w:rsidRDefault="00000000">
            <w:r>
              <w:t>3pm-5pm CCNA</w:t>
            </w:r>
          </w:p>
        </w:tc>
      </w:tr>
      <w:tr w:rsidR="00F92F3A" w14:paraId="7E56C646" w14:textId="77777777">
        <w:trPr>
          <w:trHeight w:val="1519"/>
        </w:trPr>
        <w:tc>
          <w:tcPr>
            <w:tcW w:w="2023" w:type="dxa"/>
          </w:tcPr>
          <w:p w14:paraId="1814EBF4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  <w:p w14:paraId="75ACB41F" w14:textId="77777777" w:rsidR="00F92F3A" w:rsidRDefault="00000000">
            <w:r>
              <w:rPr>
                <w:b/>
                <w:bCs/>
              </w:rPr>
              <w:t>Mixed – Round 2</w:t>
            </w:r>
          </w:p>
        </w:tc>
        <w:tc>
          <w:tcPr>
            <w:tcW w:w="2023" w:type="dxa"/>
          </w:tcPr>
          <w:p w14:paraId="7D870A36" w14:textId="77777777" w:rsidR="00F92F3A" w:rsidRDefault="00000000">
            <w:r>
              <w:rPr>
                <w:b/>
                <w:bCs/>
              </w:rPr>
              <w:t>21</w:t>
            </w:r>
          </w:p>
        </w:tc>
        <w:tc>
          <w:tcPr>
            <w:tcW w:w="2023" w:type="dxa"/>
          </w:tcPr>
          <w:p w14:paraId="409FAAAF" w14:textId="77777777" w:rsidR="00F92F3A" w:rsidRDefault="00000000">
            <w:r>
              <w:rPr>
                <w:b/>
                <w:bCs/>
              </w:rPr>
              <w:t>22</w:t>
            </w:r>
          </w:p>
        </w:tc>
        <w:tc>
          <w:tcPr>
            <w:tcW w:w="2023" w:type="dxa"/>
          </w:tcPr>
          <w:p w14:paraId="4863D929" w14:textId="77777777" w:rsidR="00F92F3A" w:rsidRDefault="00000000">
            <w:r>
              <w:rPr>
                <w:b/>
                <w:bCs/>
              </w:rPr>
              <w:t>23</w:t>
            </w:r>
          </w:p>
        </w:tc>
        <w:tc>
          <w:tcPr>
            <w:tcW w:w="2023" w:type="dxa"/>
          </w:tcPr>
          <w:p w14:paraId="398ECEB7" w14:textId="77777777" w:rsidR="00F92F3A" w:rsidRDefault="00000000">
            <w:r>
              <w:rPr>
                <w:b/>
                <w:bCs/>
              </w:rPr>
              <w:t>24</w:t>
            </w:r>
          </w:p>
        </w:tc>
        <w:tc>
          <w:tcPr>
            <w:tcW w:w="2023" w:type="dxa"/>
          </w:tcPr>
          <w:p w14:paraId="369D0DA2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  <w:p w14:paraId="4220E0CF" w14:textId="77777777" w:rsidR="00F92F3A" w:rsidRDefault="00000000">
            <w:r>
              <w:t>Fire Trials</w:t>
            </w:r>
          </w:p>
          <w:p w14:paraId="025D40B1" w14:textId="77777777" w:rsidR="00F92F3A" w:rsidRDefault="00F92F3A"/>
        </w:tc>
        <w:tc>
          <w:tcPr>
            <w:tcW w:w="2023" w:type="dxa"/>
          </w:tcPr>
          <w:p w14:paraId="4E877175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  <w:p w14:paraId="3D188753" w14:textId="77777777" w:rsidR="00F92F3A" w:rsidRDefault="00000000">
            <w:r>
              <w:t xml:space="preserve">11 yrs Get ready for rep session </w:t>
            </w:r>
          </w:p>
          <w:p w14:paraId="710C4242" w14:textId="77777777" w:rsidR="00F92F3A" w:rsidRDefault="00000000">
            <w:r>
              <w:t>3pm-5pm CCNA</w:t>
            </w:r>
          </w:p>
        </w:tc>
      </w:tr>
      <w:tr w:rsidR="00F92F3A" w14:paraId="7B1A0267" w14:textId="77777777">
        <w:trPr>
          <w:trHeight w:val="1636"/>
        </w:trPr>
        <w:tc>
          <w:tcPr>
            <w:tcW w:w="2023" w:type="dxa"/>
          </w:tcPr>
          <w:p w14:paraId="620165A3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  <w:p w14:paraId="6AA501F1" w14:textId="77777777" w:rsidR="00F92F3A" w:rsidRDefault="00000000">
            <w:r>
              <w:rPr>
                <w:b/>
                <w:bCs/>
              </w:rPr>
              <w:t>Mixed – Round 3</w:t>
            </w:r>
          </w:p>
        </w:tc>
        <w:tc>
          <w:tcPr>
            <w:tcW w:w="2023" w:type="dxa"/>
          </w:tcPr>
          <w:p w14:paraId="574871B0" w14:textId="77777777" w:rsidR="00F92F3A" w:rsidRDefault="00000000">
            <w:r>
              <w:rPr>
                <w:b/>
                <w:bCs/>
              </w:rPr>
              <w:t>28</w:t>
            </w:r>
          </w:p>
        </w:tc>
        <w:tc>
          <w:tcPr>
            <w:tcW w:w="2023" w:type="dxa"/>
          </w:tcPr>
          <w:p w14:paraId="113E3F70" w14:textId="77777777" w:rsidR="00F92F3A" w:rsidRDefault="00000000">
            <w:r>
              <w:rPr>
                <w:b/>
                <w:bCs/>
              </w:rPr>
              <w:t>29</w:t>
            </w:r>
          </w:p>
        </w:tc>
        <w:tc>
          <w:tcPr>
            <w:tcW w:w="2023" w:type="dxa"/>
          </w:tcPr>
          <w:p w14:paraId="1C145EA4" w14:textId="77777777" w:rsidR="00F92F3A" w:rsidRDefault="00000000">
            <w:r>
              <w:rPr>
                <w:b/>
                <w:bCs/>
              </w:rPr>
              <w:t>30</w:t>
            </w:r>
          </w:p>
        </w:tc>
        <w:tc>
          <w:tcPr>
            <w:tcW w:w="2023" w:type="dxa"/>
          </w:tcPr>
          <w:p w14:paraId="547F80D6" w14:textId="77777777" w:rsidR="00F92F3A" w:rsidRDefault="00000000">
            <w:r>
              <w:rPr>
                <w:b/>
                <w:bCs/>
              </w:rPr>
              <w:t>31</w:t>
            </w:r>
          </w:p>
        </w:tc>
        <w:tc>
          <w:tcPr>
            <w:tcW w:w="2023" w:type="dxa"/>
          </w:tcPr>
          <w:p w14:paraId="3A7E619E" w14:textId="77777777" w:rsidR="00F92F3A" w:rsidRDefault="00F92F3A"/>
        </w:tc>
        <w:tc>
          <w:tcPr>
            <w:tcW w:w="2023" w:type="dxa"/>
          </w:tcPr>
          <w:p w14:paraId="1D73B601" w14:textId="77777777" w:rsidR="00F92F3A" w:rsidRDefault="00F92F3A"/>
        </w:tc>
      </w:tr>
    </w:tbl>
    <w:p w14:paraId="2FDB128B" w14:textId="77777777" w:rsidR="00F92F3A" w:rsidRDefault="00000000">
      <w:r>
        <w:br w:type="page"/>
      </w:r>
    </w:p>
    <w:p w14:paraId="02633258" w14:textId="77777777" w:rsidR="00F92F3A" w:rsidRDefault="00000000">
      <w:pPr>
        <w:pStyle w:val="Heading1"/>
        <w:jc w:val="center"/>
      </w:pPr>
      <w:r>
        <w:lastRenderedPageBreak/>
        <w:t>November 2025</w:t>
      </w:r>
    </w:p>
    <w:tbl>
      <w:tblPr>
        <w:tblStyle w:val="a0"/>
        <w:tblW w:w="14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10"/>
        <w:gridCol w:w="2010"/>
        <w:gridCol w:w="2010"/>
        <w:gridCol w:w="2010"/>
        <w:gridCol w:w="2010"/>
        <w:gridCol w:w="2010"/>
        <w:gridCol w:w="2010"/>
      </w:tblGrid>
      <w:tr w:rsidR="00F92F3A" w14:paraId="5B7A2EF6" w14:textId="77777777">
        <w:trPr>
          <w:trHeight w:val="443"/>
        </w:trPr>
        <w:tc>
          <w:tcPr>
            <w:tcW w:w="2010" w:type="dxa"/>
          </w:tcPr>
          <w:p w14:paraId="328F1743" w14:textId="77777777" w:rsidR="00F92F3A" w:rsidRDefault="00000000">
            <w:pPr>
              <w:jc w:val="center"/>
            </w:pPr>
            <w:r>
              <w:rPr>
                <w:b/>
                <w:bCs/>
              </w:rPr>
              <w:t>Mon</w:t>
            </w:r>
          </w:p>
        </w:tc>
        <w:tc>
          <w:tcPr>
            <w:tcW w:w="2010" w:type="dxa"/>
          </w:tcPr>
          <w:p w14:paraId="367C2F26" w14:textId="77777777" w:rsidR="00F92F3A" w:rsidRDefault="00000000">
            <w:pPr>
              <w:jc w:val="center"/>
            </w:pPr>
            <w:r>
              <w:rPr>
                <w:b/>
                <w:bCs/>
              </w:rPr>
              <w:t>Tue</w:t>
            </w:r>
          </w:p>
        </w:tc>
        <w:tc>
          <w:tcPr>
            <w:tcW w:w="2010" w:type="dxa"/>
          </w:tcPr>
          <w:p w14:paraId="55298C0F" w14:textId="77777777" w:rsidR="00F92F3A" w:rsidRDefault="00000000">
            <w:pPr>
              <w:jc w:val="center"/>
            </w:pPr>
            <w:r>
              <w:rPr>
                <w:b/>
                <w:bCs/>
              </w:rPr>
              <w:t>Wed</w:t>
            </w:r>
          </w:p>
        </w:tc>
        <w:tc>
          <w:tcPr>
            <w:tcW w:w="2010" w:type="dxa"/>
          </w:tcPr>
          <w:p w14:paraId="35EF11B0" w14:textId="77777777" w:rsidR="00F92F3A" w:rsidRDefault="00000000">
            <w:pPr>
              <w:jc w:val="center"/>
            </w:pPr>
            <w:r>
              <w:rPr>
                <w:b/>
                <w:bCs/>
              </w:rPr>
              <w:t>Thu</w:t>
            </w:r>
          </w:p>
        </w:tc>
        <w:tc>
          <w:tcPr>
            <w:tcW w:w="2010" w:type="dxa"/>
          </w:tcPr>
          <w:p w14:paraId="2F86588B" w14:textId="77777777" w:rsidR="00F92F3A" w:rsidRDefault="00000000">
            <w:pPr>
              <w:jc w:val="center"/>
            </w:pPr>
            <w:r>
              <w:rPr>
                <w:b/>
                <w:bCs/>
              </w:rPr>
              <w:t>Fri</w:t>
            </w:r>
          </w:p>
        </w:tc>
        <w:tc>
          <w:tcPr>
            <w:tcW w:w="2010" w:type="dxa"/>
          </w:tcPr>
          <w:p w14:paraId="4FFF8A89" w14:textId="77777777" w:rsidR="00F92F3A" w:rsidRDefault="00000000">
            <w:pPr>
              <w:jc w:val="center"/>
            </w:pPr>
            <w:r>
              <w:rPr>
                <w:b/>
                <w:bCs/>
              </w:rPr>
              <w:t>Sat</w:t>
            </w:r>
          </w:p>
        </w:tc>
        <w:tc>
          <w:tcPr>
            <w:tcW w:w="2010" w:type="dxa"/>
          </w:tcPr>
          <w:p w14:paraId="197292E6" w14:textId="77777777" w:rsidR="00F92F3A" w:rsidRDefault="00000000">
            <w:pPr>
              <w:jc w:val="center"/>
            </w:pPr>
            <w:r>
              <w:rPr>
                <w:b/>
                <w:bCs/>
              </w:rPr>
              <w:t>Sun</w:t>
            </w:r>
          </w:p>
        </w:tc>
      </w:tr>
      <w:tr w:rsidR="00F92F3A" w14:paraId="2F9A799F" w14:textId="77777777">
        <w:trPr>
          <w:trHeight w:val="1652"/>
        </w:trPr>
        <w:tc>
          <w:tcPr>
            <w:tcW w:w="2010" w:type="dxa"/>
          </w:tcPr>
          <w:p w14:paraId="7968700D" w14:textId="77777777" w:rsidR="00F92F3A" w:rsidRDefault="00F92F3A"/>
        </w:tc>
        <w:tc>
          <w:tcPr>
            <w:tcW w:w="2010" w:type="dxa"/>
          </w:tcPr>
          <w:p w14:paraId="369F9703" w14:textId="77777777" w:rsidR="00F92F3A" w:rsidRDefault="00F92F3A"/>
        </w:tc>
        <w:tc>
          <w:tcPr>
            <w:tcW w:w="2010" w:type="dxa"/>
          </w:tcPr>
          <w:p w14:paraId="23712456" w14:textId="77777777" w:rsidR="00F92F3A" w:rsidRDefault="00F92F3A"/>
        </w:tc>
        <w:tc>
          <w:tcPr>
            <w:tcW w:w="2010" w:type="dxa"/>
          </w:tcPr>
          <w:p w14:paraId="468BAD57" w14:textId="77777777" w:rsidR="00F92F3A" w:rsidRDefault="00F92F3A"/>
        </w:tc>
        <w:tc>
          <w:tcPr>
            <w:tcW w:w="2010" w:type="dxa"/>
          </w:tcPr>
          <w:p w14:paraId="7785C1FC" w14:textId="77777777" w:rsidR="00F92F3A" w:rsidRDefault="00F92F3A"/>
        </w:tc>
        <w:tc>
          <w:tcPr>
            <w:tcW w:w="2010" w:type="dxa"/>
          </w:tcPr>
          <w:p w14:paraId="616FE984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  <w:p w14:paraId="1D5E484B" w14:textId="77777777" w:rsidR="00F92F3A" w:rsidRDefault="00000000">
            <w:r>
              <w:t xml:space="preserve">Red Rooster Touch Carnival </w:t>
            </w:r>
          </w:p>
        </w:tc>
        <w:tc>
          <w:tcPr>
            <w:tcW w:w="2010" w:type="dxa"/>
          </w:tcPr>
          <w:p w14:paraId="450828D5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  <w:p w14:paraId="65134712" w14:textId="77777777" w:rsidR="00F92F3A" w:rsidRDefault="00000000">
            <w:r>
              <w:t>Red Rooster Touch Carnival</w:t>
            </w:r>
          </w:p>
        </w:tc>
      </w:tr>
      <w:tr w:rsidR="00F92F3A" w14:paraId="1680E5C4" w14:textId="77777777">
        <w:trPr>
          <w:trHeight w:val="1777"/>
        </w:trPr>
        <w:tc>
          <w:tcPr>
            <w:tcW w:w="2010" w:type="dxa"/>
          </w:tcPr>
          <w:p w14:paraId="54389ACF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  <w:p w14:paraId="1A97CD12" w14:textId="77777777" w:rsidR="00F92F3A" w:rsidRDefault="00000000">
            <w:r>
              <w:rPr>
                <w:b/>
                <w:bCs/>
              </w:rPr>
              <w:t>Mixed – Round 4</w:t>
            </w:r>
          </w:p>
        </w:tc>
        <w:tc>
          <w:tcPr>
            <w:tcW w:w="2010" w:type="dxa"/>
          </w:tcPr>
          <w:p w14:paraId="4CA2E529" w14:textId="77777777" w:rsidR="00F92F3A" w:rsidRDefault="00000000">
            <w:r>
              <w:rPr>
                <w:b/>
                <w:bCs/>
              </w:rPr>
              <w:t>4</w:t>
            </w:r>
          </w:p>
        </w:tc>
        <w:tc>
          <w:tcPr>
            <w:tcW w:w="2010" w:type="dxa"/>
          </w:tcPr>
          <w:p w14:paraId="203E2386" w14:textId="77777777" w:rsidR="00F92F3A" w:rsidRDefault="00000000">
            <w:r>
              <w:rPr>
                <w:b/>
                <w:bCs/>
              </w:rPr>
              <w:t>5</w:t>
            </w:r>
          </w:p>
        </w:tc>
        <w:tc>
          <w:tcPr>
            <w:tcW w:w="2010" w:type="dxa"/>
          </w:tcPr>
          <w:p w14:paraId="0AE5860D" w14:textId="77777777" w:rsidR="00F92F3A" w:rsidRDefault="00000000">
            <w:r>
              <w:rPr>
                <w:b/>
                <w:bCs/>
              </w:rPr>
              <w:t>6</w:t>
            </w:r>
          </w:p>
        </w:tc>
        <w:tc>
          <w:tcPr>
            <w:tcW w:w="2010" w:type="dxa"/>
          </w:tcPr>
          <w:p w14:paraId="2254674F" w14:textId="77777777" w:rsidR="00F92F3A" w:rsidRDefault="00000000">
            <w:r>
              <w:rPr>
                <w:b/>
                <w:bCs/>
              </w:rPr>
              <w:t>7</w:t>
            </w:r>
          </w:p>
        </w:tc>
        <w:tc>
          <w:tcPr>
            <w:tcW w:w="2010" w:type="dxa"/>
          </w:tcPr>
          <w:p w14:paraId="1B0BF939" w14:textId="77777777" w:rsidR="00F92F3A" w:rsidRDefault="00000000">
            <w:r>
              <w:rPr>
                <w:b/>
                <w:bCs/>
              </w:rPr>
              <w:t>8</w:t>
            </w:r>
          </w:p>
        </w:tc>
        <w:tc>
          <w:tcPr>
            <w:tcW w:w="2010" w:type="dxa"/>
          </w:tcPr>
          <w:p w14:paraId="3564CA09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  <w:p w14:paraId="76A79C4C" w14:textId="77777777" w:rsidR="00F92F3A" w:rsidRDefault="00000000">
            <w:r>
              <w:t xml:space="preserve">11 yrs Get ready for rep session </w:t>
            </w:r>
          </w:p>
          <w:p w14:paraId="1724186E" w14:textId="77777777" w:rsidR="00F92F3A" w:rsidRDefault="00000000">
            <w:r>
              <w:t>3pm-5pm CCNA</w:t>
            </w:r>
          </w:p>
          <w:p w14:paraId="5ECA0183" w14:textId="77777777" w:rsidR="00F92F3A" w:rsidRDefault="00F92F3A">
            <w:pPr>
              <w:rPr>
                <w:b/>
                <w:bCs/>
              </w:rPr>
            </w:pPr>
          </w:p>
          <w:p w14:paraId="06A8D85C" w14:textId="77777777" w:rsidR="00F92F3A" w:rsidRDefault="00F92F3A"/>
        </w:tc>
      </w:tr>
      <w:tr w:rsidR="00F92F3A" w14:paraId="68144081" w14:textId="77777777">
        <w:trPr>
          <w:trHeight w:val="1652"/>
        </w:trPr>
        <w:tc>
          <w:tcPr>
            <w:tcW w:w="2010" w:type="dxa"/>
          </w:tcPr>
          <w:p w14:paraId="69FB4759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  <w:p w14:paraId="67ED158B" w14:textId="77777777" w:rsidR="00F92F3A" w:rsidRDefault="00000000">
            <w:r>
              <w:rPr>
                <w:b/>
                <w:bCs/>
              </w:rPr>
              <w:t>Mixed – Round 5</w:t>
            </w:r>
          </w:p>
        </w:tc>
        <w:tc>
          <w:tcPr>
            <w:tcW w:w="2010" w:type="dxa"/>
          </w:tcPr>
          <w:p w14:paraId="0D606B23" w14:textId="77777777" w:rsidR="00F92F3A" w:rsidRDefault="00000000">
            <w:r>
              <w:rPr>
                <w:b/>
                <w:bCs/>
              </w:rPr>
              <w:t>11</w:t>
            </w:r>
          </w:p>
        </w:tc>
        <w:tc>
          <w:tcPr>
            <w:tcW w:w="2010" w:type="dxa"/>
          </w:tcPr>
          <w:p w14:paraId="46FAD7EF" w14:textId="77777777" w:rsidR="00F92F3A" w:rsidRDefault="00000000">
            <w:r>
              <w:rPr>
                <w:b/>
                <w:bCs/>
              </w:rPr>
              <w:t>12</w:t>
            </w:r>
          </w:p>
        </w:tc>
        <w:tc>
          <w:tcPr>
            <w:tcW w:w="2010" w:type="dxa"/>
          </w:tcPr>
          <w:p w14:paraId="203ACAD6" w14:textId="77777777" w:rsidR="00F92F3A" w:rsidRDefault="00000000">
            <w:r>
              <w:rPr>
                <w:b/>
                <w:bCs/>
              </w:rPr>
              <w:t>13</w:t>
            </w:r>
          </w:p>
        </w:tc>
        <w:tc>
          <w:tcPr>
            <w:tcW w:w="2010" w:type="dxa"/>
          </w:tcPr>
          <w:p w14:paraId="0A843382" w14:textId="77777777" w:rsidR="00F92F3A" w:rsidRDefault="00000000">
            <w:r>
              <w:rPr>
                <w:b/>
                <w:bCs/>
              </w:rPr>
              <w:t>14</w:t>
            </w:r>
          </w:p>
        </w:tc>
        <w:tc>
          <w:tcPr>
            <w:tcW w:w="2010" w:type="dxa"/>
          </w:tcPr>
          <w:p w14:paraId="0CB8CBCF" w14:textId="77777777" w:rsidR="00F92F3A" w:rsidRDefault="00000000">
            <w:r>
              <w:rPr>
                <w:b/>
                <w:bCs/>
              </w:rPr>
              <w:t>15</w:t>
            </w:r>
          </w:p>
        </w:tc>
        <w:tc>
          <w:tcPr>
            <w:tcW w:w="2010" w:type="dxa"/>
          </w:tcPr>
          <w:p w14:paraId="286F85EA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  <w:p w14:paraId="597120F2" w14:textId="77777777" w:rsidR="00F92F3A" w:rsidRDefault="00000000">
            <w:r>
              <w:t>Rep Trials</w:t>
            </w:r>
          </w:p>
          <w:p w14:paraId="6409D3EE" w14:textId="77777777" w:rsidR="00F92F3A" w:rsidRDefault="00F92F3A"/>
        </w:tc>
      </w:tr>
      <w:tr w:rsidR="00F92F3A" w14:paraId="487E8928" w14:textId="77777777">
        <w:trPr>
          <w:trHeight w:val="1652"/>
        </w:trPr>
        <w:tc>
          <w:tcPr>
            <w:tcW w:w="2010" w:type="dxa"/>
          </w:tcPr>
          <w:p w14:paraId="6BFB760B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  <w:p w14:paraId="28EC7464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Mixed – Round 6</w:t>
            </w:r>
          </w:p>
        </w:tc>
        <w:tc>
          <w:tcPr>
            <w:tcW w:w="2010" w:type="dxa"/>
          </w:tcPr>
          <w:p w14:paraId="1239E57D" w14:textId="77777777" w:rsidR="00F92F3A" w:rsidRDefault="00000000">
            <w:r>
              <w:rPr>
                <w:b/>
                <w:bCs/>
              </w:rPr>
              <w:t>18</w:t>
            </w:r>
          </w:p>
        </w:tc>
        <w:tc>
          <w:tcPr>
            <w:tcW w:w="2010" w:type="dxa"/>
          </w:tcPr>
          <w:p w14:paraId="5225B8FC" w14:textId="77777777" w:rsidR="00F92F3A" w:rsidRDefault="00000000">
            <w:r>
              <w:rPr>
                <w:b/>
                <w:bCs/>
              </w:rPr>
              <w:t>19</w:t>
            </w:r>
          </w:p>
        </w:tc>
        <w:tc>
          <w:tcPr>
            <w:tcW w:w="2010" w:type="dxa"/>
          </w:tcPr>
          <w:p w14:paraId="0C368DD1" w14:textId="77777777" w:rsidR="00F92F3A" w:rsidRDefault="00000000">
            <w:r>
              <w:rPr>
                <w:b/>
                <w:bCs/>
              </w:rPr>
              <w:t>20</w:t>
            </w:r>
          </w:p>
        </w:tc>
        <w:tc>
          <w:tcPr>
            <w:tcW w:w="2010" w:type="dxa"/>
          </w:tcPr>
          <w:p w14:paraId="23EB3E7A" w14:textId="77777777" w:rsidR="00F92F3A" w:rsidRDefault="00000000">
            <w:r>
              <w:rPr>
                <w:b/>
                <w:bCs/>
              </w:rPr>
              <w:t>21</w:t>
            </w:r>
          </w:p>
        </w:tc>
        <w:tc>
          <w:tcPr>
            <w:tcW w:w="2010" w:type="dxa"/>
          </w:tcPr>
          <w:p w14:paraId="12C8A6F7" w14:textId="77777777" w:rsidR="00F92F3A" w:rsidRDefault="00000000">
            <w:r>
              <w:rPr>
                <w:b/>
                <w:bCs/>
              </w:rPr>
              <w:t>22</w:t>
            </w:r>
          </w:p>
        </w:tc>
        <w:tc>
          <w:tcPr>
            <w:tcW w:w="2010" w:type="dxa"/>
          </w:tcPr>
          <w:p w14:paraId="36BA00A3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  <w:p w14:paraId="18B73BD1" w14:textId="77777777" w:rsidR="00F92F3A" w:rsidRDefault="00000000">
            <w:r>
              <w:t xml:space="preserve">Rep uniform try on ? </w:t>
            </w:r>
          </w:p>
        </w:tc>
      </w:tr>
      <w:tr w:rsidR="00F92F3A" w14:paraId="052246F2" w14:textId="77777777">
        <w:trPr>
          <w:trHeight w:val="1777"/>
        </w:trPr>
        <w:tc>
          <w:tcPr>
            <w:tcW w:w="2010" w:type="dxa"/>
          </w:tcPr>
          <w:p w14:paraId="3960A144" w14:textId="77777777" w:rsidR="00F92F3A" w:rsidRDefault="00000000">
            <w:r>
              <w:rPr>
                <w:b/>
                <w:bCs/>
              </w:rPr>
              <w:t>24</w:t>
            </w:r>
          </w:p>
        </w:tc>
        <w:tc>
          <w:tcPr>
            <w:tcW w:w="2010" w:type="dxa"/>
          </w:tcPr>
          <w:p w14:paraId="4B179075" w14:textId="77777777" w:rsidR="00F92F3A" w:rsidRDefault="00000000">
            <w:r>
              <w:rPr>
                <w:b/>
                <w:bCs/>
              </w:rPr>
              <w:t>25</w:t>
            </w:r>
          </w:p>
        </w:tc>
        <w:tc>
          <w:tcPr>
            <w:tcW w:w="2010" w:type="dxa"/>
          </w:tcPr>
          <w:p w14:paraId="620DC1C7" w14:textId="77777777" w:rsidR="00F92F3A" w:rsidRDefault="00000000">
            <w:r>
              <w:rPr>
                <w:b/>
                <w:bCs/>
              </w:rPr>
              <w:t>26</w:t>
            </w:r>
          </w:p>
        </w:tc>
        <w:tc>
          <w:tcPr>
            <w:tcW w:w="2010" w:type="dxa"/>
          </w:tcPr>
          <w:p w14:paraId="44CFD100" w14:textId="77777777" w:rsidR="00F92F3A" w:rsidRDefault="00000000">
            <w:r>
              <w:rPr>
                <w:b/>
                <w:bCs/>
              </w:rPr>
              <w:t>27</w:t>
            </w:r>
          </w:p>
        </w:tc>
        <w:tc>
          <w:tcPr>
            <w:tcW w:w="2010" w:type="dxa"/>
          </w:tcPr>
          <w:p w14:paraId="7391C171" w14:textId="77777777" w:rsidR="00F92F3A" w:rsidRDefault="00000000">
            <w:r>
              <w:rPr>
                <w:b/>
                <w:bCs/>
              </w:rPr>
              <w:t>28</w:t>
            </w:r>
          </w:p>
        </w:tc>
        <w:tc>
          <w:tcPr>
            <w:tcW w:w="2010" w:type="dxa"/>
          </w:tcPr>
          <w:p w14:paraId="39B70117" w14:textId="77777777" w:rsidR="00F92F3A" w:rsidRDefault="00000000">
            <w:r>
              <w:rPr>
                <w:b/>
                <w:bCs/>
              </w:rPr>
              <w:t>29</w:t>
            </w:r>
          </w:p>
        </w:tc>
        <w:tc>
          <w:tcPr>
            <w:tcW w:w="2010" w:type="dxa"/>
          </w:tcPr>
          <w:p w14:paraId="3CB19EB4" w14:textId="77777777" w:rsidR="00F92F3A" w:rsidRDefault="00000000">
            <w:r>
              <w:rPr>
                <w:b/>
                <w:bCs/>
              </w:rPr>
              <w:t>30</w:t>
            </w:r>
          </w:p>
        </w:tc>
      </w:tr>
    </w:tbl>
    <w:p w14:paraId="0F086671" w14:textId="77777777" w:rsidR="00F92F3A" w:rsidRDefault="00000000">
      <w:r>
        <w:br w:type="page"/>
      </w:r>
    </w:p>
    <w:p w14:paraId="504EBD30" w14:textId="77777777" w:rsidR="00F92F3A" w:rsidRDefault="00000000">
      <w:pPr>
        <w:pStyle w:val="Heading1"/>
        <w:jc w:val="center"/>
      </w:pPr>
      <w:r>
        <w:lastRenderedPageBreak/>
        <w:t>December 2025</w:t>
      </w:r>
    </w:p>
    <w:tbl>
      <w:tblPr>
        <w:tblStyle w:val="a1"/>
        <w:tblW w:w="14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44"/>
        <w:gridCol w:w="2044"/>
        <w:gridCol w:w="2044"/>
        <w:gridCol w:w="2044"/>
        <w:gridCol w:w="2044"/>
        <w:gridCol w:w="2044"/>
        <w:gridCol w:w="2044"/>
      </w:tblGrid>
      <w:tr w:rsidR="00F92F3A" w14:paraId="3288EAF9" w14:textId="77777777">
        <w:trPr>
          <w:trHeight w:val="443"/>
        </w:trPr>
        <w:tc>
          <w:tcPr>
            <w:tcW w:w="2044" w:type="dxa"/>
          </w:tcPr>
          <w:p w14:paraId="77BCC6DB" w14:textId="77777777" w:rsidR="00F92F3A" w:rsidRDefault="00000000">
            <w:pPr>
              <w:jc w:val="center"/>
            </w:pPr>
            <w:r>
              <w:rPr>
                <w:b/>
                <w:bCs/>
              </w:rPr>
              <w:t>Mon</w:t>
            </w:r>
          </w:p>
        </w:tc>
        <w:tc>
          <w:tcPr>
            <w:tcW w:w="2044" w:type="dxa"/>
          </w:tcPr>
          <w:p w14:paraId="2025B965" w14:textId="77777777" w:rsidR="00F92F3A" w:rsidRDefault="00000000">
            <w:pPr>
              <w:jc w:val="center"/>
            </w:pPr>
            <w:r>
              <w:rPr>
                <w:b/>
                <w:bCs/>
              </w:rPr>
              <w:t>Tue</w:t>
            </w:r>
          </w:p>
        </w:tc>
        <w:tc>
          <w:tcPr>
            <w:tcW w:w="2044" w:type="dxa"/>
          </w:tcPr>
          <w:p w14:paraId="624618A7" w14:textId="77777777" w:rsidR="00F92F3A" w:rsidRDefault="00000000">
            <w:pPr>
              <w:jc w:val="center"/>
            </w:pPr>
            <w:r>
              <w:rPr>
                <w:b/>
                <w:bCs/>
              </w:rPr>
              <w:t>Wed</w:t>
            </w:r>
          </w:p>
        </w:tc>
        <w:tc>
          <w:tcPr>
            <w:tcW w:w="2044" w:type="dxa"/>
          </w:tcPr>
          <w:p w14:paraId="362CAB04" w14:textId="77777777" w:rsidR="00F92F3A" w:rsidRDefault="00000000">
            <w:pPr>
              <w:jc w:val="center"/>
            </w:pPr>
            <w:r>
              <w:rPr>
                <w:b/>
                <w:bCs/>
              </w:rPr>
              <w:t>Thu</w:t>
            </w:r>
          </w:p>
        </w:tc>
        <w:tc>
          <w:tcPr>
            <w:tcW w:w="2044" w:type="dxa"/>
          </w:tcPr>
          <w:p w14:paraId="6AA984F4" w14:textId="77777777" w:rsidR="00F92F3A" w:rsidRDefault="00000000">
            <w:pPr>
              <w:jc w:val="center"/>
            </w:pPr>
            <w:r>
              <w:rPr>
                <w:b/>
                <w:bCs/>
              </w:rPr>
              <w:t>Fri</w:t>
            </w:r>
          </w:p>
        </w:tc>
        <w:tc>
          <w:tcPr>
            <w:tcW w:w="2044" w:type="dxa"/>
          </w:tcPr>
          <w:p w14:paraId="045E6FF1" w14:textId="77777777" w:rsidR="00F92F3A" w:rsidRDefault="00000000">
            <w:pPr>
              <w:jc w:val="center"/>
            </w:pPr>
            <w:r>
              <w:rPr>
                <w:b/>
                <w:bCs/>
              </w:rPr>
              <w:t>Sat</w:t>
            </w:r>
          </w:p>
        </w:tc>
        <w:tc>
          <w:tcPr>
            <w:tcW w:w="2044" w:type="dxa"/>
          </w:tcPr>
          <w:p w14:paraId="35F92839" w14:textId="77777777" w:rsidR="00F92F3A" w:rsidRDefault="00000000">
            <w:pPr>
              <w:jc w:val="center"/>
            </w:pPr>
            <w:r>
              <w:rPr>
                <w:b/>
                <w:bCs/>
              </w:rPr>
              <w:t>Sun</w:t>
            </w:r>
          </w:p>
        </w:tc>
      </w:tr>
      <w:tr w:rsidR="00F92F3A" w14:paraId="75692F0C" w14:textId="77777777">
        <w:trPr>
          <w:trHeight w:val="1721"/>
        </w:trPr>
        <w:tc>
          <w:tcPr>
            <w:tcW w:w="2044" w:type="dxa"/>
          </w:tcPr>
          <w:p w14:paraId="49AB2B3F" w14:textId="77777777" w:rsidR="00F92F3A" w:rsidRDefault="00000000">
            <w:r>
              <w:rPr>
                <w:b/>
                <w:bCs/>
              </w:rPr>
              <w:t>1</w:t>
            </w:r>
          </w:p>
        </w:tc>
        <w:tc>
          <w:tcPr>
            <w:tcW w:w="2044" w:type="dxa"/>
          </w:tcPr>
          <w:p w14:paraId="46A6F317" w14:textId="77777777" w:rsidR="00F92F3A" w:rsidRDefault="00000000">
            <w:r>
              <w:rPr>
                <w:b/>
                <w:bCs/>
              </w:rPr>
              <w:t>2</w:t>
            </w:r>
          </w:p>
        </w:tc>
        <w:tc>
          <w:tcPr>
            <w:tcW w:w="2044" w:type="dxa"/>
          </w:tcPr>
          <w:p w14:paraId="0DC8A614" w14:textId="77777777" w:rsidR="00F92F3A" w:rsidRDefault="00000000">
            <w:r>
              <w:rPr>
                <w:b/>
                <w:bCs/>
              </w:rPr>
              <w:t>3</w:t>
            </w:r>
          </w:p>
        </w:tc>
        <w:tc>
          <w:tcPr>
            <w:tcW w:w="2044" w:type="dxa"/>
          </w:tcPr>
          <w:p w14:paraId="6598163E" w14:textId="77777777" w:rsidR="00F92F3A" w:rsidRDefault="00000000">
            <w:r>
              <w:rPr>
                <w:b/>
                <w:bCs/>
              </w:rPr>
              <w:t>4</w:t>
            </w:r>
          </w:p>
        </w:tc>
        <w:tc>
          <w:tcPr>
            <w:tcW w:w="2044" w:type="dxa"/>
          </w:tcPr>
          <w:p w14:paraId="169A4595" w14:textId="77777777" w:rsidR="00F92F3A" w:rsidRDefault="00000000">
            <w:r>
              <w:rPr>
                <w:b/>
                <w:bCs/>
              </w:rPr>
              <w:t>5</w:t>
            </w:r>
          </w:p>
        </w:tc>
        <w:tc>
          <w:tcPr>
            <w:tcW w:w="2044" w:type="dxa"/>
          </w:tcPr>
          <w:p w14:paraId="376C1EAD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  <w:p w14:paraId="49E19981" w14:textId="77777777" w:rsidR="00F92F3A" w:rsidRDefault="00000000">
            <w:r>
              <w:rPr>
                <w:b/>
                <w:bCs/>
              </w:rPr>
              <w:t>X – Nationals athletics</w:t>
            </w:r>
          </w:p>
        </w:tc>
        <w:tc>
          <w:tcPr>
            <w:tcW w:w="2044" w:type="dxa"/>
          </w:tcPr>
          <w:p w14:paraId="6ECACEB7" w14:textId="77777777" w:rsidR="00F92F3A" w:rsidRDefault="00000000">
            <w:r>
              <w:rPr>
                <w:b/>
                <w:bCs/>
              </w:rPr>
              <w:t>7</w:t>
            </w:r>
          </w:p>
        </w:tc>
      </w:tr>
      <w:tr w:rsidR="00F92F3A" w14:paraId="4C699A87" w14:textId="77777777">
        <w:trPr>
          <w:trHeight w:val="1851"/>
        </w:trPr>
        <w:tc>
          <w:tcPr>
            <w:tcW w:w="2044" w:type="dxa"/>
          </w:tcPr>
          <w:p w14:paraId="5F3EE734" w14:textId="77777777" w:rsidR="00F92F3A" w:rsidRDefault="00000000">
            <w:r>
              <w:rPr>
                <w:b/>
                <w:bCs/>
              </w:rPr>
              <w:t>8</w:t>
            </w:r>
          </w:p>
        </w:tc>
        <w:tc>
          <w:tcPr>
            <w:tcW w:w="2044" w:type="dxa"/>
          </w:tcPr>
          <w:p w14:paraId="0B389BDF" w14:textId="77777777" w:rsidR="00F92F3A" w:rsidRDefault="00000000">
            <w:r>
              <w:rPr>
                <w:b/>
                <w:bCs/>
              </w:rPr>
              <w:t>9</w:t>
            </w:r>
          </w:p>
        </w:tc>
        <w:tc>
          <w:tcPr>
            <w:tcW w:w="2044" w:type="dxa"/>
          </w:tcPr>
          <w:p w14:paraId="15C075A8" w14:textId="77777777" w:rsidR="00F92F3A" w:rsidRDefault="00000000">
            <w:r>
              <w:rPr>
                <w:b/>
                <w:bCs/>
              </w:rPr>
              <w:t>10</w:t>
            </w:r>
          </w:p>
        </w:tc>
        <w:tc>
          <w:tcPr>
            <w:tcW w:w="2044" w:type="dxa"/>
          </w:tcPr>
          <w:p w14:paraId="136E77FD" w14:textId="77777777" w:rsidR="00F92F3A" w:rsidRDefault="00000000">
            <w:r>
              <w:rPr>
                <w:b/>
                <w:bCs/>
              </w:rPr>
              <w:t>11</w:t>
            </w:r>
          </w:p>
        </w:tc>
        <w:tc>
          <w:tcPr>
            <w:tcW w:w="2044" w:type="dxa"/>
          </w:tcPr>
          <w:p w14:paraId="0FFDE31B" w14:textId="77777777" w:rsidR="00F92F3A" w:rsidRDefault="00000000">
            <w:r>
              <w:rPr>
                <w:b/>
                <w:bCs/>
              </w:rPr>
              <w:t>12</w:t>
            </w:r>
          </w:p>
        </w:tc>
        <w:tc>
          <w:tcPr>
            <w:tcW w:w="2044" w:type="dxa"/>
            <w:shd w:val="clear" w:color="auto" w:fill="FFF2CC"/>
          </w:tcPr>
          <w:p w14:paraId="19FE2D25" w14:textId="77777777" w:rsidR="00F92F3A" w:rsidRDefault="00000000">
            <w:r>
              <w:rPr>
                <w:b/>
                <w:bCs/>
              </w:rPr>
              <w:t>13</w:t>
            </w:r>
          </w:p>
        </w:tc>
        <w:tc>
          <w:tcPr>
            <w:tcW w:w="2044" w:type="dxa"/>
            <w:shd w:val="clear" w:color="auto" w:fill="FFF2CC"/>
          </w:tcPr>
          <w:p w14:paraId="4716AFF8" w14:textId="77777777" w:rsidR="00F92F3A" w:rsidRDefault="00000000">
            <w:r>
              <w:rPr>
                <w:b/>
                <w:bCs/>
              </w:rPr>
              <w:t>14</w:t>
            </w:r>
          </w:p>
        </w:tc>
      </w:tr>
      <w:tr w:rsidR="00F92F3A" w14:paraId="6BDE22AE" w14:textId="77777777">
        <w:trPr>
          <w:trHeight w:val="1721"/>
        </w:trPr>
        <w:tc>
          <w:tcPr>
            <w:tcW w:w="2044" w:type="dxa"/>
            <w:shd w:val="clear" w:color="auto" w:fill="FFF2CC"/>
          </w:tcPr>
          <w:p w14:paraId="0A5A1A4B" w14:textId="77777777" w:rsidR="00F92F3A" w:rsidRDefault="00000000">
            <w:r>
              <w:rPr>
                <w:b/>
                <w:bCs/>
              </w:rPr>
              <w:t>15</w:t>
            </w:r>
          </w:p>
        </w:tc>
        <w:tc>
          <w:tcPr>
            <w:tcW w:w="2044" w:type="dxa"/>
            <w:shd w:val="clear" w:color="auto" w:fill="FFF2CC"/>
          </w:tcPr>
          <w:p w14:paraId="3DAF5C47" w14:textId="77777777" w:rsidR="00F92F3A" w:rsidRDefault="00000000">
            <w:r>
              <w:rPr>
                <w:b/>
                <w:bCs/>
              </w:rPr>
              <w:t>16</w:t>
            </w:r>
          </w:p>
        </w:tc>
        <w:tc>
          <w:tcPr>
            <w:tcW w:w="2044" w:type="dxa"/>
            <w:shd w:val="clear" w:color="auto" w:fill="FFF2CC"/>
          </w:tcPr>
          <w:p w14:paraId="0B73F001" w14:textId="77777777" w:rsidR="00F92F3A" w:rsidRDefault="00000000">
            <w:r>
              <w:rPr>
                <w:b/>
                <w:bCs/>
              </w:rPr>
              <w:t>17</w:t>
            </w:r>
          </w:p>
        </w:tc>
        <w:tc>
          <w:tcPr>
            <w:tcW w:w="2044" w:type="dxa"/>
            <w:shd w:val="clear" w:color="auto" w:fill="FFF2CC"/>
          </w:tcPr>
          <w:p w14:paraId="79CB1287" w14:textId="77777777" w:rsidR="00F92F3A" w:rsidRDefault="00000000">
            <w:r>
              <w:rPr>
                <w:b/>
                <w:bCs/>
              </w:rPr>
              <w:t>18</w:t>
            </w:r>
          </w:p>
        </w:tc>
        <w:tc>
          <w:tcPr>
            <w:tcW w:w="2044" w:type="dxa"/>
            <w:shd w:val="clear" w:color="auto" w:fill="FFF2CC"/>
          </w:tcPr>
          <w:p w14:paraId="7E92BFC6" w14:textId="77777777" w:rsidR="00F92F3A" w:rsidRDefault="00000000">
            <w:r>
              <w:rPr>
                <w:b/>
                <w:bCs/>
              </w:rPr>
              <w:t>19</w:t>
            </w:r>
          </w:p>
        </w:tc>
        <w:tc>
          <w:tcPr>
            <w:tcW w:w="2044" w:type="dxa"/>
            <w:shd w:val="clear" w:color="auto" w:fill="FFF2CC"/>
          </w:tcPr>
          <w:p w14:paraId="5ED3FD26" w14:textId="77777777" w:rsidR="00F92F3A" w:rsidRDefault="00000000">
            <w:r>
              <w:rPr>
                <w:b/>
                <w:bCs/>
              </w:rPr>
              <w:t>20</w:t>
            </w:r>
          </w:p>
        </w:tc>
        <w:tc>
          <w:tcPr>
            <w:tcW w:w="2044" w:type="dxa"/>
            <w:shd w:val="clear" w:color="auto" w:fill="FFF2CC"/>
          </w:tcPr>
          <w:p w14:paraId="05A37C24" w14:textId="77777777" w:rsidR="00F92F3A" w:rsidRDefault="00000000">
            <w:r>
              <w:rPr>
                <w:b/>
                <w:bCs/>
              </w:rPr>
              <w:t>21</w:t>
            </w:r>
          </w:p>
        </w:tc>
      </w:tr>
      <w:tr w:rsidR="00F92F3A" w14:paraId="2FEF67DB" w14:textId="77777777">
        <w:trPr>
          <w:trHeight w:val="1850"/>
        </w:trPr>
        <w:tc>
          <w:tcPr>
            <w:tcW w:w="2044" w:type="dxa"/>
            <w:shd w:val="clear" w:color="auto" w:fill="FFF2CC"/>
          </w:tcPr>
          <w:p w14:paraId="43E5507E" w14:textId="77777777" w:rsidR="00F92F3A" w:rsidRDefault="00000000">
            <w:r>
              <w:rPr>
                <w:b/>
                <w:bCs/>
              </w:rPr>
              <w:t>22</w:t>
            </w:r>
          </w:p>
        </w:tc>
        <w:tc>
          <w:tcPr>
            <w:tcW w:w="2044" w:type="dxa"/>
            <w:shd w:val="clear" w:color="auto" w:fill="FFF2CC"/>
          </w:tcPr>
          <w:p w14:paraId="4F4DBF2C" w14:textId="77777777" w:rsidR="00F92F3A" w:rsidRDefault="00000000">
            <w:r>
              <w:rPr>
                <w:b/>
                <w:bCs/>
              </w:rPr>
              <w:t>23</w:t>
            </w:r>
          </w:p>
        </w:tc>
        <w:tc>
          <w:tcPr>
            <w:tcW w:w="2044" w:type="dxa"/>
            <w:shd w:val="clear" w:color="auto" w:fill="FFF2CC"/>
          </w:tcPr>
          <w:p w14:paraId="74ABED2C" w14:textId="77777777" w:rsidR="00F92F3A" w:rsidRDefault="00000000">
            <w:r>
              <w:rPr>
                <w:b/>
                <w:bCs/>
              </w:rPr>
              <w:t>24</w:t>
            </w:r>
            <w:r>
              <w:t xml:space="preserve"> ★</w:t>
            </w:r>
          </w:p>
          <w:p w14:paraId="02B6AA4C" w14:textId="77777777" w:rsidR="00F92F3A" w:rsidRDefault="00000000">
            <w:r>
              <w:rPr>
                <w:sz w:val="16"/>
                <w:szCs w:val="16"/>
              </w:rPr>
              <w:t>Christmas Eve (part-day)</w:t>
            </w:r>
          </w:p>
        </w:tc>
        <w:tc>
          <w:tcPr>
            <w:tcW w:w="2044" w:type="dxa"/>
            <w:shd w:val="clear" w:color="auto" w:fill="FFF2CC"/>
          </w:tcPr>
          <w:p w14:paraId="34AFDC15" w14:textId="77777777" w:rsidR="00F92F3A" w:rsidRDefault="00000000">
            <w:r>
              <w:rPr>
                <w:b/>
                <w:bCs/>
              </w:rPr>
              <w:t>25</w:t>
            </w:r>
            <w:r>
              <w:t xml:space="preserve"> ★</w:t>
            </w:r>
          </w:p>
          <w:p w14:paraId="599AED7E" w14:textId="77777777" w:rsidR="00F92F3A" w:rsidRDefault="00000000">
            <w:r>
              <w:rPr>
                <w:sz w:val="16"/>
                <w:szCs w:val="16"/>
              </w:rPr>
              <w:t>Christmas Day</w:t>
            </w:r>
          </w:p>
        </w:tc>
        <w:tc>
          <w:tcPr>
            <w:tcW w:w="2044" w:type="dxa"/>
            <w:shd w:val="clear" w:color="auto" w:fill="FFF2CC"/>
          </w:tcPr>
          <w:p w14:paraId="2795DFC7" w14:textId="77777777" w:rsidR="00F92F3A" w:rsidRDefault="00000000">
            <w:r>
              <w:rPr>
                <w:b/>
                <w:bCs/>
              </w:rPr>
              <w:t>26</w:t>
            </w:r>
            <w:r>
              <w:t xml:space="preserve"> ★</w:t>
            </w:r>
          </w:p>
          <w:p w14:paraId="3BB6A970" w14:textId="77777777" w:rsidR="00F92F3A" w:rsidRDefault="00000000">
            <w:r>
              <w:rPr>
                <w:sz w:val="16"/>
                <w:szCs w:val="16"/>
              </w:rPr>
              <w:t>Boxing Day</w:t>
            </w:r>
          </w:p>
        </w:tc>
        <w:tc>
          <w:tcPr>
            <w:tcW w:w="2044" w:type="dxa"/>
            <w:shd w:val="clear" w:color="auto" w:fill="FFF2CC"/>
          </w:tcPr>
          <w:p w14:paraId="698F06DA" w14:textId="77777777" w:rsidR="00F92F3A" w:rsidRDefault="00000000">
            <w:r>
              <w:rPr>
                <w:b/>
                <w:bCs/>
              </w:rPr>
              <w:t>27</w:t>
            </w:r>
          </w:p>
        </w:tc>
        <w:tc>
          <w:tcPr>
            <w:tcW w:w="2044" w:type="dxa"/>
            <w:shd w:val="clear" w:color="auto" w:fill="FFF2CC"/>
          </w:tcPr>
          <w:p w14:paraId="2F06B8E1" w14:textId="77777777" w:rsidR="00F92F3A" w:rsidRDefault="00000000">
            <w:r>
              <w:rPr>
                <w:b/>
                <w:bCs/>
              </w:rPr>
              <w:t>28</w:t>
            </w:r>
          </w:p>
        </w:tc>
      </w:tr>
      <w:tr w:rsidR="00F92F3A" w14:paraId="7F587D47" w14:textId="77777777">
        <w:trPr>
          <w:trHeight w:val="2012"/>
        </w:trPr>
        <w:tc>
          <w:tcPr>
            <w:tcW w:w="2044" w:type="dxa"/>
            <w:shd w:val="clear" w:color="auto" w:fill="FFF2CC"/>
          </w:tcPr>
          <w:p w14:paraId="0E70076A" w14:textId="77777777" w:rsidR="00F92F3A" w:rsidRDefault="00000000">
            <w:r>
              <w:rPr>
                <w:b/>
                <w:bCs/>
              </w:rPr>
              <w:t>29</w:t>
            </w:r>
            <w:r>
              <w:t xml:space="preserve"> ★</w:t>
            </w:r>
          </w:p>
          <w:p w14:paraId="7AD93297" w14:textId="77777777" w:rsidR="00F92F3A" w:rsidRDefault="00000000">
            <w:r>
              <w:rPr>
                <w:sz w:val="16"/>
                <w:szCs w:val="16"/>
              </w:rPr>
              <w:t>Boxing Day holiday</w:t>
            </w:r>
          </w:p>
        </w:tc>
        <w:tc>
          <w:tcPr>
            <w:tcW w:w="2044" w:type="dxa"/>
            <w:shd w:val="clear" w:color="auto" w:fill="FFF2CC"/>
          </w:tcPr>
          <w:p w14:paraId="7976B6D3" w14:textId="77777777" w:rsidR="00F92F3A" w:rsidRDefault="00000000">
            <w:r>
              <w:rPr>
                <w:b/>
                <w:bCs/>
              </w:rPr>
              <w:t>30</w:t>
            </w:r>
          </w:p>
        </w:tc>
        <w:tc>
          <w:tcPr>
            <w:tcW w:w="2044" w:type="dxa"/>
            <w:shd w:val="clear" w:color="auto" w:fill="FFF2CC"/>
          </w:tcPr>
          <w:p w14:paraId="5A50B31D" w14:textId="77777777" w:rsidR="00F92F3A" w:rsidRDefault="00000000">
            <w:r>
              <w:rPr>
                <w:b/>
                <w:bCs/>
              </w:rPr>
              <w:t>31</w:t>
            </w:r>
          </w:p>
        </w:tc>
        <w:tc>
          <w:tcPr>
            <w:tcW w:w="2044" w:type="dxa"/>
          </w:tcPr>
          <w:p w14:paraId="64F4401E" w14:textId="77777777" w:rsidR="00F92F3A" w:rsidRDefault="00F92F3A"/>
        </w:tc>
        <w:tc>
          <w:tcPr>
            <w:tcW w:w="2044" w:type="dxa"/>
          </w:tcPr>
          <w:p w14:paraId="094C9DE9" w14:textId="77777777" w:rsidR="00F92F3A" w:rsidRDefault="00F92F3A"/>
        </w:tc>
        <w:tc>
          <w:tcPr>
            <w:tcW w:w="2044" w:type="dxa"/>
          </w:tcPr>
          <w:p w14:paraId="5B52B368" w14:textId="77777777" w:rsidR="00F92F3A" w:rsidRDefault="00F92F3A"/>
        </w:tc>
        <w:tc>
          <w:tcPr>
            <w:tcW w:w="2044" w:type="dxa"/>
          </w:tcPr>
          <w:p w14:paraId="0EB98CBA" w14:textId="77777777" w:rsidR="00F92F3A" w:rsidRDefault="00F92F3A"/>
        </w:tc>
      </w:tr>
    </w:tbl>
    <w:p w14:paraId="00CB1877" w14:textId="77777777" w:rsidR="00F92F3A" w:rsidRDefault="00000000">
      <w:r>
        <w:br w:type="page"/>
      </w:r>
    </w:p>
    <w:p w14:paraId="0A763086" w14:textId="77777777" w:rsidR="00F92F3A" w:rsidRDefault="00000000">
      <w:pPr>
        <w:pStyle w:val="Heading1"/>
        <w:jc w:val="center"/>
      </w:pPr>
      <w:r>
        <w:lastRenderedPageBreak/>
        <w:t>January 2026</w:t>
      </w:r>
    </w:p>
    <w:tbl>
      <w:tblPr>
        <w:tblStyle w:val="a2"/>
        <w:tblW w:w="14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14"/>
        <w:gridCol w:w="2014"/>
        <w:gridCol w:w="2014"/>
        <w:gridCol w:w="2014"/>
        <w:gridCol w:w="2014"/>
        <w:gridCol w:w="2014"/>
        <w:gridCol w:w="2014"/>
      </w:tblGrid>
      <w:tr w:rsidR="00F92F3A" w14:paraId="5E17E5FE" w14:textId="77777777">
        <w:trPr>
          <w:trHeight w:val="514"/>
        </w:trPr>
        <w:tc>
          <w:tcPr>
            <w:tcW w:w="2014" w:type="dxa"/>
          </w:tcPr>
          <w:p w14:paraId="73304D5C" w14:textId="77777777" w:rsidR="00F92F3A" w:rsidRDefault="00000000">
            <w:pPr>
              <w:jc w:val="center"/>
            </w:pPr>
            <w:r>
              <w:rPr>
                <w:b/>
                <w:bCs/>
              </w:rPr>
              <w:t>Mon</w:t>
            </w:r>
          </w:p>
        </w:tc>
        <w:tc>
          <w:tcPr>
            <w:tcW w:w="2014" w:type="dxa"/>
          </w:tcPr>
          <w:p w14:paraId="1F14AF1C" w14:textId="77777777" w:rsidR="00F92F3A" w:rsidRDefault="00000000">
            <w:pPr>
              <w:jc w:val="center"/>
            </w:pPr>
            <w:r>
              <w:rPr>
                <w:b/>
                <w:bCs/>
              </w:rPr>
              <w:t>Tue</w:t>
            </w:r>
          </w:p>
        </w:tc>
        <w:tc>
          <w:tcPr>
            <w:tcW w:w="2014" w:type="dxa"/>
          </w:tcPr>
          <w:p w14:paraId="778E7798" w14:textId="77777777" w:rsidR="00F92F3A" w:rsidRDefault="00000000">
            <w:pPr>
              <w:jc w:val="center"/>
            </w:pPr>
            <w:r>
              <w:rPr>
                <w:b/>
                <w:bCs/>
              </w:rPr>
              <w:t>Wed</w:t>
            </w:r>
          </w:p>
        </w:tc>
        <w:tc>
          <w:tcPr>
            <w:tcW w:w="2014" w:type="dxa"/>
          </w:tcPr>
          <w:p w14:paraId="2F8F0BCA" w14:textId="77777777" w:rsidR="00F92F3A" w:rsidRDefault="00000000">
            <w:pPr>
              <w:jc w:val="center"/>
            </w:pPr>
            <w:r>
              <w:rPr>
                <w:b/>
                <w:bCs/>
              </w:rPr>
              <w:t>Thu</w:t>
            </w:r>
          </w:p>
        </w:tc>
        <w:tc>
          <w:tcPr>
            <w:tcW w:w="2014" w:type="dxa"/>
          </w:tcPr>
          <w:p w14:paraId="1DC40ABE" w14:textId="77777777" w:rsidR="00F92F3A" w:rsidRDefault="00000000">
            <w:pPr>
              <w:jc w:val="center"/>
            </w:pPr>
            <w:r>
              <w:rPr>
                <w:b/>
                <w:bCs/>
              </w:rPr>
              <w:t>Fri</w:t>
            </w:r>
          </w:p>
        </w:tc>
        <w:tc>
          <w:tcPr>
            <w:tcW w:w="2014" w:type="dxa"/>
          </w:tcPr>
          <w:p w14:paraId="04DCE402" w14:textId="77777777" w:rsidR="00F92F3A" w:rsidRDefault="00000000">
            <w:pPr>
              <w:jc w:val="center"/>
            </w:pPr>
            <w:r>
              <w:rPr>
                <w:b/>
                <w:bCs/>
              </w:rPr>
              <w:t>Sat</w:t>
            </w:r>
          </w:p>
        </w:tc>
        <w:tc>
          <w:tcPr>
            <w:tcW w:w="2014" w:type="dxa"/>
          </w:tcPr>
          <w:p w14:paraId="2923D10F" w14:textId="77777777" w:rsidR="00F92F3A" w:rsidRDefault="00000000">
            <w:pPr>
              <w:jc w:val="center"/>
            </w:pPr>
            <w:r>
              <w:rPr>
                <w:b/>
                <w:bCs/>
              </w:rPr>
              <w:t>Sun</w:t>
            </w:r>
          </w:p>
        </w:tc>
      </w:tr>
      <w:tr w:rsidR="00F92F3A" w14:paraId="439C58D0" w14:textId="77777777">
        <w:trPr>
          <w:trHeight w:val="1715"/>
        </w:trPr>
        <w:tc>
          <w:tcPr>
            <w:tcW w:w="2014" w:type="dxa"/>
          </w:tcPr>
          <w:p w14:paraId="55DF2E4B" w14:textId="77777777" w:rsidR="00F92F3A" w:rsidRDefault="00F92F3A"/>
        </w:tc>
        <w:tc>
          <w:tcPr>
            <w:tcW w:w="2014" w:type="dxa"/>
          </w:tcPr>
          <w:p w14:paraId="6DFFD819" w14:textId="77777777" w:rsidR="00F92F3A" w:rsidRDefault="00F92F3A"/>
        </w:tc>
        <w:tc>
          <w:tcPr>
            <w:tcW w:w="2014" w:type="dxa"/>
          </w:tcPr>
          <w:p w14:paraId="0B1223A8" w14:textId="77777777" w:rsidR="00F92F3A" w:rsidRDefault="00F92F3A"/>
        </w:tc>
        <w:tc>
          <w:tcPr>
            <w:tcW w:w="2014" w:type="dxa"/>
            <w:shd w:val="clear" w:color="auto" w:fill="FFF2CC"/>
          </w:tcPr>
          <w:p w14:paraId="51EE9F26" w14:textId="77777777" w:rsidR="00F92F3A" w:rsidRDefault="00000000">
            <w:r>
              <w:rPr>
                <w:b/>
                <w:bCs/>
              </w:rPr>
              <w:t>1</w:t>
            </w:r>
            <w:r>
              <w:t xml:space="preserve"> ★</w:t>
            </w:r>
          </w:p>
          <w:p w14:paraId="4A5C5AB5" w14:textId="77777777" w:rsidR="00F92F3A" w:rsidRDefault="00000000">
            <w:r>
              <w:rPr>
                <w:sz w:val="16"/>
                <w:szCs w:val="16"/>
              </w:rPr>
              <w:t>New Year's Day</w:t>
            </w:r>
          </w:p>
        </w:tc>
        <w:tc>
          <w:tcPr>
            <w:tcW w:w="2014" w:type="dxa"/>
            <w:shd w:val="clear" w:color="auto" w:fill="FFF2CC"/>
          </w:tcPr>
          <w:p w14:paraId="5410ACCA" w14:textId="77777777" w:rsidR="00F92F3A" w:rsidRDefault="00000000">
            <w:r>
              <w:rPr>
                <w:b/>
                <w:bCs/>
              </w:rPr>
              <w:t>2</w:t>
            </w:r>
          </w:p>
        </w:tc>
        <w:tc>
          <w:tcPr>
            <w:tcW w:w="2014" w:type="dxa"/>
            <w:shd w:val="clear" w:color="auto" w:fill="FFF2CC"/>
          </w:tcPr>
          <w:p w14:paraId="1EC1B5D3" w14:textId="77777777" w:rsidR="00F92F3A" w:rsidRDefault="00000000">
            <w:r>
              <w:rPr>
                <w:b/>
                <w:bCs/>
              </w:rPr>
              <w:t>3</w:t>
            </w:r>
          </w:p>
        </w:tc>
        <w:tc>
          <w:tcPr>
            <w:tcW w:w="2014" w:type="dxa"/>
            <w:shd w:val="clear" w:color="auto" w:fill="FFF2CC"/>
          </w:tcPr>
          <w:p w14:paraId="08691D79" w14:textId="77777777" w:rsidR="00F92F3A" w:rsidRDefault="00000000">
            <w:r>
              <w:rPr>
                <w:b/>
                <w:bCs/>
              </w:rPr>
              <w:t>4</w:t>
            </w:r>
          </w:p>
        </w:tc>
      </w:tr>
      <w:tr w:rsidR="00F92F3A" w14:paraId="05753D24" w14:textId="77777777">
        <w:trPr>
          <w:trHeight w:val="1928"/>
        </w:trPr>
        <w:tc>
          <w:tcPr>
            <w:tcW w:w="2014" w:type="dxa"/>
            <w:shd w:val="clear" w:color="auto" w:fill="FFF2CC"/>
          </w:tcPr>
          <w:p w14:paraId="600803B2" w14:textId="77777777" w:rsidR="00F92F3A" w:rsidRDefault="00000000">
            <w:r>
              <w:rPr>
                <w:b/>
                <w:bCs/>
              </w:rPr>
              <w:t>5</w:t>
            </w:r>
          </w:p>
        </w:tc>
        <w:tc>
          <w:tcPr>
            <w:tcW w:w="2014" w:type="dxa"/>
            <w:shd w:val="clear" w:color="auto" w:fill="FFF2CC"/>
          </w:tcPr>
          <w:p w14:paraId="2E829F3A" w14:textId="77777777" w:rsidR="00F92F3A" w:rsidRDefault="00000000">
            <w:r>
              <w:rPr>
                <w:b/>
                <w:bCs/>
              </w:rPr>
              <w:t>6</w:t>
            </w:r>
          </w:p>
        </w:tc>
        <w:tc>
          <w:tcPr>
            <w:tcW w:w="2014" w:type="dxa"/>
            <w:shd w:val="clear" w:color="auto" w:fill="FFF2CC"/>
          </w:tcPr>
          <w:p w14:paraId="64234C8F" w14:textId="77777777" w:rsidR="00F92F3A" w:rsidRDefault="00000000">
            <w:r>
              <w:rPr>
                <w:b/>
                <w:bCs/>
              </w:rPr>
              <w:t>7</w:t>
            </w:r>
          </w:p>
        </w:tc>
        <w:tc>
          <w:tcPr>
            <w:tcW w:w="2014" w:type="dxa"/>
            <w:shd w:val="clear" w:color="auto" w:fill="FFF2CC"/>
          </w:tcPr>
          <w:p w14:paraId="393CF7A5" w14:textId="77777777" w:rsidR="00F92F3A" w:rsidRDefault="00000000">
            <w:r>
              <w:rPr>
                <w:b/>
                <w:bCs/>
              </w:rPr>
              <w:t>8</w:t>
            </w:r>
          </w:p>
        </w:tc>
        <w:tc>
          <w:tcPr>
            <w:tcW w:w="2014" w:type="dxa"/>
            <w:shd w:val="clear" w:color="auto" w:fill="FFF2CC"/>
          </w:tcPr>
          <w:p w14:paraId="72F54BC8" w14:textId="77777777" w:rsidR="00F92F3A" w:rsidRDefault="00000000">
            <w:r>
              <w:rPr>
                <w:b/>
                <w:bCs/>
              </w:rPr>
              <w:t>9</w:t>
            </w:r>
          </w:p>
        </w:tc>
        <w:tc>
          <w:tcPr>
            <w:tcW w:w="2014" w:type="dxa"/>
            <w:shd w:val="clear" w:color="auto" w:fill="FFF2CC"/>
          </w:tcPr>
          <w:p w14:paraId="47692580" w14:textId="77777777" w:rsidR="00F92F3A" w:rsidRDefault="00000000">
            <w:r>
              <w:rPr>
                <w:b/>
                <w:bCs/>
              </w:rPr>
              <w:t>10</w:t>
            </w:r>
          </w:p>
        </w:tc>
        <w:tc>
          <w:tcPr>
            <w:tcW w:w="2014" w:type="dxa"/>
            <w:shd w:val="clear" w:color="auto" w:fill="FFF2CC"/>
          </w:tcPr>
          <w:p w14:paraId="27D0846E" w14:textId="77777777" w:rsidR="00F92F3A" w:rsidRDefault="00000000">
            <w:r>
              <w:rPr>
                <w:b/>
                <w:bCs/>
              </w:rPr>
              <w:t>11</w:t>
            </w:r>
          </w:p>
        </w:tc>
      </w:tr>
      <w:tr w:rsidR="00F92F3A" w14:paraId="3FA829C2" w14:textId="77777777">
        <w:trPr>
          <w:trHeight w:val="1928"/>
        </w:trPr>
        <w:tc>
          <w:tcPr>
            <w:tcW w:w="2014" w:type="dxa"/>
            <w:shd w:val="clear" w:color="auto" w:fill="FFF2CC"/>
          </w:tcPr>
          <w:p w14:paraId="7DB744FF" w14:textId="77777777" w:rsidR="00F92F3A" w:rsidRDefault="00000000">
            <w:r>
              <w:rPr>
                <w:b/>
                <w:bCs/>
              </w:rPr>
              <w:t>12</w:t>
            </w:r>
          </w:p>
        </w:tc>
        <w:tc>
          <w:tcPr>
            <w:tcW w:w="2014" w:type="dxa"/>
            <w:shd w:val="clear" w:color="auto" w:fill="FFF2CC"/>
          </w:tcPr>
          <w:p w14:paraId="7ADEF04E" w14:textId="77777777" w:rsidR="00F92F3A" w:rsidRDefault="00000000">
            <w:r>
              <w:rPr>
                <w:b/>
                <w:bCs/>
              </w:rPr>
              <w:t>13</w:t>
            </w:r>
          </w:p>
        </w:tc>
        <w:tc>
          <w:tcPr>
            <w:tcW w:w="2014" w:type="dxa"/>
            <w:shd w:val="clear" w:color="auto" w:fill="FFF2CC"/>
          </w:tcPr>
          <w:p w14:paraId="55B5E256" w14:textId="77777777" w:rsidR="00F92F3A" w:rsidRDefault="00000000">
            <w:r>
              <w:rPr>
                <w:b/>
                <w:bCs/>
              </w:rPr>
              <w:t>14</w:t>
            </w:r>
          </w:p>
        </w:tc>
        <w:tc>
          <w:tcPr>
            <w:tcW w:w="2014" w:type="dxa"/>
            <w:shd w:val="clear" w:color="auto" w:fill="FFF2CC"/>
          </w:tcPr>
          <w:p w14:paraId="3DB8DCC7" w14:textId="77777777" w:rsidR="00F92F3A" w:rsidRDefault="00000000">
            <w:r>
              <w:rPr>
                <w:b/>
                <w:bCs/>
              </w:rPr>
              <w:t>15</w:t>
            </w:r>
          </w:p>
        </w:tc>
        <w:tc>
          <w:tcPr>
            <w:tcW w:w="2014" w:type="dxa"/>
            <w:shd w:val="clear" w:color="auto" w:fill="FFF2CC"/>
          </w:tcPr>
          <w:p w14:paraId="77FA8878" w14:textId="77777777" w:rsidR="00F92F3A" w:rsidRDefault="00000000">
            <w:r>
              <w:rPr>
                <w:b/>
                <w:bCs/>
              </w:rPr>
              <w:t>16</w:t>
            </w:r>
          </w:p>
        </w:tc>
        <w:tc>
          <w:tcPr>
            <w:tcW w:w="2014" w:type="dxa"/>
            <w:shd w:val="clear" w:color="auto" w:fill="FFF2CC"/>
          </w:tcPr>
          <w:p w14:paraId="77ECE512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  <w:p w14:paraId="2A9C6154" w14:textId="77777777" w:rsidR="00657FC1" w:rsidRDefault="00657FC1">
            <w:pPr>
              <w:rPr>
                <w:b/>
                <w:bCs/>
              </w:rPr>
            </w:pPr>
          </w:p>
          <w:p w14:paraId="61525D0D" w14:textId="3DCAAFB6" w:rsidR="00657FC1" w:rsidRDefault="00657FC1">
            <w:r>
              <w:rPr>
                <w:b/>
                <w:bCs/>
              </w:rPr>
              <w:t>Coaches catch up</w:t>
            </w:r>
          </w:p>
        </w:tc>
        <w:tc>
          <w:tcPr>
            <w:tcW w:w="2014" w:type="dxa"/>
            <w:shd w:val="clear" w:color="auto" w:fill="FFF2CC"/>
          </w:tcPr>
          <w:p w14:paraId="2FC8A67F" w14:textId="77777777" w:rsidR="00F92F3A" w:rsidRDefault="00000000">
            <w:r>
              <w:rPr>
                <w:b/>
                <w:bCs/>
              </w:rPr>
              <w:t>18</w:t>
            </w:r>
          </w:p>
        </w:tc>
      </w:tr>
      <w:tr w:rsidR="00F92F3A" w14:paraId="6D1D1F2C" w14:textId="77777777">
        <w:trPr>
          <w:trHeight w:val="1928"/>
        </w:trPr>
        <w:tc>
          <w:tcPr>
            <w:tcW w:w="2014" w:type="dxa"/>
            <w:shd w:val="clear" w:color="auto" w:fill="FFF2CC"/>
          </w:tcPr>
          <w:p w14:paraId="3156C63A" w14:textId="77777777" w:rsidR="00F92F3A" w:rsidRDefault="00000000">
            <w:r>
              <w:rPr>
                <w:b/>
                <w:bCs/>
              </w:rPr>
              <w:t>19</w:t>
            </w:r>
          </w:p>
        </w:tc>
        <w:tc>
          <w:tcPr>
            <w:tcW w:w="2014" w:type="dxa"/>
            <w:shd w:val="clear" w:color="auto" w:fill="FFF2CC"/>
          </w:tcPr>
          <w:p w14:paraId="68FF753C" w14:textId="77777777" w:rsidR="00F92F3A" w:rsidRDefault="00000000">
            <w:r>
              <w:rPr>
                <w:b/>
                <w:bCs/>
              </w:rPr>
              <w:t>20</w:t>
            </w:r>
          </w:p>
        </w:tc>
        <w:tc>
          <w:tcPr>
            <w:tcW w:w="2014" w:type="dxa"/>
            <w:shd w:val="clear" w:color="auto" w:fill="FFF2CC"/>
          </w:tcPr>
          <w:p w14:paraId="2B417AA8" w14:textId="77777777" w:rsidR="00F92F3A" w:rsidRDefault="00000000">
            <w:r>
              <w:rPr>
                <w:b/>
                <w:bCs/>
              </w:rPr>
              <w:t>21</w:t>
            </w:r>
          </w:p>
        </w:tc>
        <w:tc>
          <w:tcPr>
            <w:tcW w:w="2014" w:type="dxa"/>
            <w:shd w:val="clear" w:color="auto" w:fill="FFF2CC"/>
          </w:tcPr>
          <w:p w14:paraId="6FA8BFF3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  <w:p w14:paraId="29570E96" w14:textId="77777777" w:rsidR="00A61BB1" w:rsidRDefault="00A61BB1">
            <w:pPr>
              <w:rPr>
                <w:b/>
                <w:bCs/>
              </w:rPr>
            </w:pPr>
            <w:r>
              <w:rPr>
                <w:b/>
                <w:bCs/>
              </w:rPr>
              <w:t>PCG meeting</w:t>
            </w:r>
          </w:p>
          <w:p w14:paraId="2ECDDB5B" w14:textId="77777777" w:rsidR="00A61BB1" w:rsidRDefault="00A61BB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CEADS </w:t>
            </w:r>
          </w:p>
          <w:p w14:paraId="0A0B3C2D" w14:textId="686FEBA5" w:rsidR="00A61BB1" w:rsidRDefault="00A61BB1">
            <w:r>
              <w:rPr>
                <w:b/>
                <w:bCs/>
              </w:rPr>
              <w:t>3.30pm</w:t>
            </w:r>
          </w:p>
        </w:tc>
        <w:tc>
          <w:tcPr>
            <w:tcW w:w="2014" w:type="dxa"/>
            <w:shd w:val="clear" w:color="auto" w:fill="FFF2CC"/>
          </w:tcPr>
          <w:p w14:paraId="01E4CA1E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  <w:p w14:paraId="6C104637" w14:textId="77777777" w:rsidR="00A61BB1" w:rsidRDefault="00A61BB1"/>
        </w:tc>
        <w:tc>
          <w:tcPr>
            <w:tcW w:w="2014" w:type="dxa"/>
            <w:shd w:val="clear" w:color="auto" w:fill="FFF2CC"/>
          </w:tcPr>
          <w:p w14:paraId="47628AD7" w14:textId="77777777" w:rsidR="00F92F3A" w:rsidRDefault="00000000">
            <w:r>
              <w:rPr>
                <w:b/>
                <w:bCs/>
              </w:rPr>
              <w:t>24</w:t>
            </w:r>
          </w:p>
        </w:tc>
        <w:tc>
          <w:tcPr>
            <w:tcW w:w="2014" w:type="dxa"/>
            <w:shd w:val="clear" w:color="auto" w:fill="FFF2CC"/>
          </w:tcPr>
          <w:p w14:paraId="2A753273" w14:textId="77777777" w:rsidR="00F92F3A" w:rsidRDefault="00000000">
            <w:r>
              <w:rPr>
                <w:b/>
                <w:bCs/>
              </w:rPr>
              <w:t>25</w:t>
            </w:r>
          </w:p>
        </w:tc>
      </w:tr>
      <w:tr w:rsidR="00F92F3A" w14:paraId="6358B6C7" w14:textId="77777777">
        <w:trPr>
          <w:trHeight w:val="1888"/>
        </w:trPr>
        <w:tc>
          <w:tcPr>
            <w:tcW w:w="2014" w:type="dxa"/>
          </w:tcPr>
          <w:p w14:paraId="1141BA12" w14:textId="77777777" w:rsidR="00F92F3A" w:rsidRDefault="00000000">
            <w:r>
              <w:rPr>
                <w:b/>
                <w:bCs/>
              </w:rPr>
              <w:t>26</w:t>
            </w:r>
            <w:r>
              <w:t xml:space="preserve"> ★</w:t>
            </w:r>
          </w:p>
          <w:p w14:paraId="218C0B59" w14:textId="77777777" w:rsidR="00F92F3A" w:rsidRDefault="00000000">
            <w:r>
              <w:rPr>
                <w:sz w:val="16"/>
                <w:szCs w:val="16"/>
              </w:rPr>
              <w:t>Australia Day</w:t>
            </w:r>
          </w:p>
        </w:tc>
        <w:tc>
          <w:tcPr>
            <w:tcW w:w="2014" w:type="dxa"/>
          </w:tcPr>
          <w:p w14:paraId="149C21C3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  <w:p w14:paraId="44C7F3CE" w14:textId="77777777" w:rsidR="00F92F3A" w:rsidRDefault="00000000">
            <w:r>
              <w:rPr>
                <w:b/>
                <w:bCs/>
              </w:rPr>
              <w:t>Term 1 starts</w:t>
            </w:r>
          </w:p>
        </w:tc>
        <w:tc>
          <w:tcPr>
            <w:tcW w:w="2014" w:type="dxa"/>
          </w:tcPr>
          <w:p w14:paraId="45E107FE" w14:textId="77777777" w:rsidR="00F92F3A" w:rsidRDefault="00000000">
            <w:r>
              <w:rPr>
                <w:b/>
                <w:bCs/>
              </w:rPr>
              <w:t>28</w:t>
            </w:r>
          </w:p>
        </w:tc>
        <w:tc>
          <w:tcPr>
            <w:tcW w:w="2014" w:type="dxa"/>
          </w:tcPr>
          <w:p w14:paraId="64FC732A" w14:textId="77777777" w:rsidR="00F92F3A" w:rsidRDefault="00000000">
            <w:r>
              <w:rPr>
                <w:b/>
                <w:bCs/>
              </w:rPr>
              <w:t>29</w:t>
            </w:r>
          </w:p>
        </w:tc>
        <w:tc>
          <w:tcPr>
            <w:tcW w:w="2014" w:type="dxa"/>
          </w:tcPr>
          <w:p w14:paraId="43DAEE92" w14:textId="77777777" w:rsidR="00F92F3A" w:rsidRDefault="00000000">
            <w:r>
              <w:rPr>
                <w:b/>
                <w:bCs/>
              </w:rPr>
              <w:t>30</w:t>
            </w:r>
          </w:p>
        </w:tc>
        <w:tc>
          <w:tcPr>
            <w:tcW w:w="2014" w:type="dxa"/>
          </w:tcPr>
          <w:p w14:paraId="40FF287D" w14:textId="77777777" w:rsidR="00F92F3A" w:rsidRDefault="00000000">
            <w:r>
              <w:rPr>
                <w:b/>
                <w:bCs/>
              </w:rPr>
              <w:t>31</w:t>
            </w:r>
          </w:p>
        </w:tc>
        <w:tc>
          <w:tcPr>
            <w:tcW w:w="2014" w:type="dxa"/>
          </w:tcPr>
          <w:p w14:paraId="17C107E6" w14:textId="77777777" w:rsidR="00F92F3A" w:rsidRDefault="00F92F3A"/>
        </w:tc>
      </w:tr>
    </w:tbl>
    <w:p w14:paraId="5D68E149" w14:textId="77777777" w:rsidR="00F92F3A" w:rsidRDefault="00000000">
      <w:r>
        <w:br w:type="page"/>
      </w:r>
    </w:p>
    <w:p w14:paraId="1B978410" w14:textId="77777777" w:rsidR="00F92F3A" w:rsidRDefault="00000000">
      <w:pPr>
        <w:pStyle w:val="Heading1"/>
        <w:jc w:val="center"/>
      </w:pPr>
      <w:r>
        <w:lastRenderedPageBreak/>
        <w:t>February 2026</w:t>
      </w:r>
    </w:p>
    <w:tbl>
      <w:tblPr>
        <w:tblStyle w:val="a3"/>
        <w:tblW w:w="14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5"/>
        <w:gridCol w:w="2055"/>
        <w:gridCol w:w="2055"/>
        <w:gridCol w:w="2055"/>
        <w:gridCol w:w="2055"/>
        <w:gridCol w:w="2055"/>
        <w:gridCol w:w="2055"/>
      </w:tblGrid>
      <w:tr w:rsidR="00F92F3A" w14:paraId="2591062E" w14:textId="77777777">
        <w:trPr>
          <w:trHeight w:val="491"/>
        </w:trPr>
        <w:tc>
          <w:tcPr>
            <w:tcW w:w="2055" w:type="dxa"/>
          </w:tcPr>
          <w:p w14:paraId="1EB22BC9" w14:textId="77777777" w:rsidR="00F92F3A" w:rsidRDefault="00000000">
            <w:pPr>
              <w:jc w:val="center"/>
            </w:pPr>
            <w:r>
              <w:rPr>
                <w:b/>
                <w:bCs/>
              </w:rPr>
              <w:t>Mon</w:t>
            </w:r>
          </w:p>
        </w:tc>
        <w:tc>
          <w:tcPr>
            <w:tcW w:w="2055" w:type="dxa"/>
          </w:tcPr>
          <w:p w14:paraId="34468CEC" w14:textId="77777777" w:rsidR="00F92F3A" w:rsidRDefault="00000000">
            <w:pPr>
              <w:jc w:val="center"/>
            </w:pPr>
            <w:r>
              <w:rPr>
                <w:b/>
                <w:bCs/>
              </w:rPr>
              <w:t>Tue</w:t>
            </w:r>
          </w:p>
        </w:tc>
        <w:tc>
          <w:tcPr>
            <w:tcW w:w="2055" w:type="dxa"/>
          </w:tcPr>
          <w:p w14:paraId="1198F77A" w14:textId="77777777" w:rsidR="00F92F3A" w:rsidRDefault="00000000">
            <w:pPr>
              <w:jc w:val="center"/>
            </w:pPr>
            <w:r>
              <w:rPr>
                <w:b/>
                <w:bCs/>
              </w:rPr>
              <w:t>Wed</w:t>
            </w:r>
          </w:p>
        </w:tc>
        <w:tc>
          <w:tcPr>
            <w:tcW w:w="2055" w:type="dxa"/>
          </w:tcPr>
          <w:p w14:paraId="345AD093" w14:textId="77777777" w:rsidR="00F92F3A" w:rsidRDefault="00000000">
            <w:pPr>
              <w:jc w:val="center"/>
            </w:pPr>
            <w:r>
              <w:rPr>
                <w:b/>
                <w:bCs/>
              </w:rPr>
              <w:t>Thu</w:t>
            </w:r>
          </w:p>
        </w:tc>
        <w:tc>
          <w:tcPr>
            <w:tcW w:w="2055" w:type="dxa"/>
          </w:tcPr>
          <w:p w14:paraId="1B00554C" w14:textId="77777777" w:rsidR="00F92F3A" w:rsidRDefault="00000000">
            <w:pPr>
              <w:jc w:val="center"/>
            </w:pPr>
            <w:r>
              <w:rPr>
                <w:b/>
                <w:bCs/>
              </w:rPr>
              <w:t>Fri</w:t>
            </w:r>
          </w:p>
        </w:tc>
        <w:tc>
          <w:tcPr>
            <w:tcW w:w="2055" w:type="dxa"/>
          </w:tcPr>
          <w:p w14:paraId="76D4F96E" w14:textId="77777777" w:rsidR="00F92F3A" w:rsidRDefault="00000000">
            <w:pPr>
              <w:jc w:val="center"/>
            </w:pPr>
            <w:r>
              <w:rPr>
                <w:b/>
                <w:bCs/>
              </w:rPr>
              <w:t>Sat</w:t>
            </w:r>
          </w:p>
        </w:tc>
        <w:tc>
          <w:tcPr>
            <w:tcW w:w="2055" w:type="dxa"/>
          </w:tcPr>
          <w:p w14:paraId="6371F356" w14:textId="77777777" w:rsidR="00F92F3A" w:rsidRDefault="00000000">
            <w:pPr>
              <w:jc w:val="center"/>
            </w:pPr>
            <w:r>
              <w:rPr>
                <w:b/>
                <w:bCs/>
              </w:rPr>
              <w:t>Sun</w:t>
            </w:r>
          </w:p>
        </w:tc>
      </w:tr>
      <w:tr w:rsidR="00F92F3A" w14:paraId="760B283D" w14:textId="77777777">
        <w:trPr>
          <w:trHeight w:val="1844"/>
        </w:trPr>
        <w:tc>
          <w:tcPr>
            <w:tcW w:w="2055" w:type="dxa"/>
          </w:tcPr>
          <w:p w14:paraId="47A6E7AE" w14:textId="77777777" w:rsidR="00F92F3A" w:rsidRDefault="00F92F3A"/>
        </w:tc>
        <w:tc>
          <w:tcPr>
            <w:tcW w:w="2055" w:type="dxa"/>
          </w:tcPr>
          <w:p w14:paraId="6912D74C" w14:textId="77777777" w:rsidR="00F92F3A" w:rsidRDefault="00F92F3A"/>
        </w:tc>
        <w:tc>
          <w:tcPr>
            <w:tcW w:w="2055" w:type="dxa"/>
          </w:tcPr>
          <w:p w14:paraId="12DA7DB1" w14:textId="77777777" w:rsidR="00F92F3A" w:rsidRDefault="00F92F3A"/>
        </w:tc>
        <w:tc>
          <w:tcPr>
            <w:tcW w:w="2055" w:type="dxa"/>
          </w:tcPr>
          <w:p w14:paraId="6314A52C" w14:textId="77777777" w:rsidR="00F92F3A" w:rsidRDefault="00F92F3A"/>
        </w:tc>
        <w:tc>
          <w:tcPr>
            <w:tcW w:w="2055" w:type="dxa"/>
          </w:tcPr>
          <w:p w14:paraId="2A1179D4" w14:textId="77777777" w:rsidR="00F92F3A" w:rsidRDefault="00F92F3A"/>
        </w:tc>
        <w:tc>
          <w:tcPr>
            <w:tcW w:w="2055" w:type="dxa"/>
          </w:tcPr>
          <w:p w14:paraId="7B7B829E" w14:textId="77777777" w:rsidR="00F92F3A" w:rsidRDefault="00F92F3A"/>
        </w:tc>
        <w:tc>
          <w:tcPr>
            <w:tcW w:w="2055" w:type="dxa"/>
          </w:tcPr>
          <w:p w14:paraId="4C4EE7FA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  <w:p w14:paraId="0A262FF9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Rep training (SENIORS) </w:t>
            </w:r>
          </w:p>
        </w:tc>
      </w:tr>
      <w:tr w:rsidR="00F92F3A" w14:paraId="3C8EC615" w14:textId="77777777">
        <w:trPr>
          <w:trHeight w:val="1983"/>
        </w:trPr>
        <w:tc>
          <w:tcPr>
            <w:tcW w:w="2055" w:type="dxa"/>
          </w:tcPr>
          <w:p w14:paraId="2513A2A0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  <w:p w14:paraId="7D528E57" w14:textId="77777777" w:rsidR="00F92F3A" w:rsidRDefault="00000000">
            <w:r>
              <w:t xml:space="preserve">Registrations open </w:t>
            </w:r>
          </w:p>
        </w:tc>
        <w:tc>
          <w:tcPr>
            <w:tcW w:w="2055" w:type="dxa"/>
          </w:tcPr>
          <w:p w14:paraId="33046577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  <w:p w14:paraId="0A0CE783" w14:textId="77777777" w:rsidR="002E32B5" w:rsidRDefault="002E32B5">
            <w:pPr>
              <w:rPr>
                <w:b/>
                <w:bCs/>
              </w:rPr>
            </w:pPr>
          </w:p>
          <w:p w14:paraId="632BA4FA" w14:textId="65489D13" w:rsidR="002E32B5" w:rsidRPr="002E32B5" w:rsidRDefault="002E32B5">
            <w:pPr>
              <w:rPr>
                <w:b/>
                <w:bCs/>
              </w:rPr>
            </w:pPr>
            <w:r>
              <w:rPr>
                <w:b/>
                <w:bCs/>
              </w:rPr>
              <w:t>Umpire Mentor meeting – 6pm?</w:t>
            </w:r>
            <w:r>
              <w:rPr>
                <w:b/>
                <w:bCs/>
              </w:rPr>
              <w:br/>
              <w:t>Clubhouse</w:t>
            </w:r>
          </w:p>
        </w:tc>
        <w:tc>
          <w:tcPr>
            <w:tcW w:w="2055" w:type="dxa"/>
          </w:tcPr>
          <w:p w14:paraId="1C64F0F3" w14:textId="77777777" w:rsidR="00F92F3A" w:rsidRDefault="00000000">
            <w:r>
              <w:rPr>
                <w:b/>
                <w:bCs/>
              </w:rPr>
              <w:t>4</w:t>
            </w:r>
          </w:p>
        </w:tc>
        <w:tc>
          <w:tcPr>
            <w:tcW w:w="2055" w:type="dxa"/>
          </w:tcPr>
          <w:p w14:paraId="677C63DB" w14:textId="77777777" w:rsidR="00F92F3A" w:rsidRDefault="00000000">
            <w:r>
              <w:rPr>
                <w:b/>
                <w:bCs/>
              </w:rPr>
              <w:t>5</w:t>
            </w:r>
          </w:p>
        </w:tc>
        <w:tc>
          <w:tcPr>
            <w:tcW w:w="2055" w:type="dxa"/>
          </w:tcPr>
          <w:p w14:paraId="2A0FB0A3" w14:textId="77777777" w:rsidR="00F92F3A" w:rsidRDefault="00000000">
            <w:r>
              <w:rPr>
                <w:b/>
                <w:bCs/>
              </w:rPr>
              <w:t>6</w:t>
            </w:r>
          </w:p>
        </w:tc>
        <w:tc>
          <w:tcPr>
            <w:tcW w:w="2055" w:type="dxa"/>
          </w:tcPr>
          <w:p w14:paraId="36F81C28" w14:textId="77777777" w:rsidR="00F92F3A" w:rsidRDefault="00000000">
            <w:r>
              <w:rPr>
                <w:b/>
                <w:bCs/>
              </w:rPr>
              <w:t>7</w:t>
            </w:r>
          </w:p>
        </w:tc>
        <w:tc>
          <w:tcPr>
            <w:tcW w:w="2055" w:type="dxa"/>
          </w:tcPr>
          <w:p w14:paraId="675CF42F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  <w:p w14:paraId="74109E1D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Rep – Get ready for Rep Meeting  </w:t>
            </w:r>
          </w:p>
        </w:tc>
      </w:tr>
      <w:tr w:rsidR="00F92F3A" w14:paraId="7770BEA8" w14:textId="77777777">
        <w:trPr>
          <w:trHeight w:val="1844"/>
        </w:trPr>
        <w:tc>
          <w:tcPr>
            <w:tcW w:w="2055" w:type="dxa"/>
          </w:tcPr>
          <w:p w14:paraId="4C51DDBC" w14:textId="77777777" w:rsidR="00F92F3A" w:rsidRDefault="00000000">
            <w:r>
              <w:rPr>
                <w:b/>
                <w:bCs/>
              </w:rPr>
              <w:t>9</w:t>
            </w:r>
          </w:p>
        </w:tc>
        <w:tc>
          <w:tcPr>
            <w:tcW w:w="2055" w:type="dxa"/>
          </w:tcPr>
          <w:p w14:paraId="29701884" w14:textId="77777777" w:rsidR="00F92F3A" w:rsidRPr="002E32B5" w:rsidRDefault="00000000">
            <w:r w:rsidRPr="002E32B5">
              <w:t>10</w:t>
            </w:r>
          </w:p>
          <w:p w14:paraId="7BB4416C" w14:textId="4C69542C" w:rsidR="002E32B5" w:rsidRPr="002E32B5" w:rsidRDefault="002E32B5">
            <w:r w:rsidRPr="002E32B5">
              <w:rPr>
                <w:sz w:val="28"/>
                <w:szCs w:val="32"/>
              </w:rPr>
              <w:t xml:space="preserve">Umpire Clinic </w:t>
            </w:r>
            <w:r w:rsidRPr="002E32B5">
              <w:rPr>
                <w:sz w:val="28"/>
                <w:szCs w:val="32"/>
              </w:rPr>
              <w:br/>
              <w:t>4-5.30pm</w:t>
            </w:r>
          </w:p>
        </w:tc>
        <w:tc>
          <w:tcPr>
            <w:tcW w:w="2055" w:type="dxa"/>
          </w:tcPr>
          <w:p w14:paraId="4D3EBB0E" w14:textId="77777777" w:rsidR="00F92F3A" w:rsidRDefault="00000000">
            <w:r>
              <w:rPr>
                <w:b/>
                <w:bCs/>
              </w:rPr>
              <w:t>11</w:t>
            </w:r>
          </w:p>
        </w:tc>
        <w:tc>
          <w:tcPr>
            <w:tcW w:w="2055" w:type="dxa"/>
          </w:tcPr>
          <w:p w14:paraId="7A9AD46F" w14:textId="77777777" w:rsidR="00F92F3A" w:rsidRDefault="00000000">
            <w:r>
              <w:rPr>
                <w:b/>
                <w:bCs/>
              </w:rPr>
              <w:t>12</w:t>
            </w:r>
          </w:p>
        </w:tc>
        <w:tc>
          <w:tcPr>
            <w:tcW w:w="2055" w:type="dxa"/>
          </w:tcPr>
          <w:p w14:paraId="20D4AA0D" w14:textId="77777777" w:rsidR="00F92F3A" w:rsidRDefault="00000000">
            <w:r>
              <w:rPr>
                <w:b/>
                <w:bCs/>
              </w:rPr>
              <w:t>13</w:t>
            </w:r>
          </w:p>
        </w:tc>
        <w:tc>
          <w:tcPr>
            <w:tcW w:w="2055" w:type="dxa"/>
          </w:tcPr>
          <w:p w14:paraId="198C74CA" w14:textId="77777777" w:rsidR="00F92F3A" w:rsidRDefault="00000000">
            <w:r>
              <w:rPr>
                <w:b/>
                <w:bCs/>
              </w:rPr>
              <w:t>14</w:t>
            </w:r>
          </w:p>
        </w:tc>
        <w:tc>
          <w:tcPr>
            <w:tcW w:w="2055" w:type="dxa"/>
          </w:tcPr>
          <w:p w14:paraId="3C692879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  <w:p w14:paraId="2942818D" w14:textId="77777777" w:rsidR="00F92F3A" w:rsidRDefault="00000000">
            <w:r>
              <w:rPr>
                <w:b/>
                <w:bCs/>
              </w:rPr>
              <w:t xml:space="preserve">Rep Training </w:t>
            </w:r>
          </w:p>
        </w:tc>
      </w:tr>
      <w:tr w:rsidR="00F92F3A" w14:paraId="34313C53" w14:textId="77777777">
        <w:trPr>
          <w:trHeight w:val="1844"/>
        </w:trPr>
        <w:tc>
          <w:tcPr>
            <w:tcW w:w="2055" w:type="dxa"/>
          </w:tcPr>
          <w:p w14:paraId="3B4F3B54" w14:textId="77777777" w:rsidR="00F92F3A" w:rsidRDefault="00000000">
            <w:r>
              <w:rPr>
                <w:b/>
                <w:bCs/>
              </w:rPr>
              <w:t>16</w:t>
            </w:r>
          </w:p>
        </w:tc>
        <w:tc>
          <w:tcPr>
            <w:tcW w:w="2055" w:type="dxa"/>
          </w:tcPr>
          <w:p w14:paraId="6BC2157D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  <w:p w14:paraId="69A3C893" w14:textId="0FBF3E45" w:rsidR="002E32B5" w:rsidRDefault="002E32B5">
            <w:r w:rsidRPr="002E32B5">
              <w:rPr>
                <w:sz w:val="28"/>
                <w:szCs w:val="32"/>
              </w:rPr>
              <w:t xml:space="preserve">Umpire Clinic </w:t>
            </w:r>
            <w:r w:rsidRPr="002E32B5">
              <w:rPr>
                <w:sz w:val="28"/>
                <w:szCs w:val="32"/>
              </w:rPr>
              <w:br/>
              <w:t>4-5.30pm</w:t>
            </w:r>
          </w:p>
        </w:tc>
        <w:tc>
          <w:tcPr>
            <w:tcW w:w="2055" w:type="dxa"/>
          </w:tcPr>
          <w:p w14:paraId="4B529F0C" w14:textId="77777777" w:rsidR="00F92F3A" w:rsidRDefault="00000000">
            <w:r>
              <w:rPr>
                <w:b/>
                <w:bCs/>
              </w:rPr>
              <w:t>18</w:t>
            </w:r>
          </w:p>
        </w:tc>
        <w:tc>
          <w:tcPr>
            <w:tcW w:w="2055" w:type="dxa"/>
          </w:tcPr>
          <w:p w14:paraId="3BAC5B90" w14:textId="77777777" w:rsidR="00F92F3A" w:rsidRDefault="00000000">
            <w:r>
              <w:rPr>
                <w:b/>
                <w:bCs/>
              </w:rPr>
              <w:t>19</w:t>
            </w:r>
          </w:p>
        </w:tc>
        <w:tc>
          <w:tcPr>
            <w:tcW w:w="2055" w:type="dxa"/>
          </w:tcPr>
          <w:p w14:paraId="5E4172BC" w14:textId="77777777" w:rsidR="00F92F3A" w:rsidRDefault="00000000">
            <w:r>
              <w:rPr>
                <w:b/>
                <w:bCs/>
              </w:rPr>
              <w:t>20</w:t>
            </w:r>
          </w:p>
        </w:tc>
        <w:tc>
          <w:tcPr>
            <w:tcW w:w="2055" w:type="dxa"/>
          </w:tcPr>
          <w:p w14:paraId="0FDB84D2" w14:textId="77777777" w:rsidR="00F92F3A" w:rsidRDefault="00000000">
            <w:r>
              <w:rPr>
                <w:b/>
                <w:bCs/>
              </w:rPr>
              <w:t>21</w:t>
            </w:r>
          </w:p>
        </w:tc>
        <w:tc>
          <w:tcPr>
            <w:tcW w:w="2055" w:type="dxa"/>
          </w:tcPr>
          <w:p w14:paraId="73831CB1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  <w:p w14:paraId="07F0992E" w14:textId="77777777" w:rsidR="00F92F3A" w:rsidRDefault="00000000">
            <w:r>
              <w:rPr>
                <w:b/>
                <w:bCs/>
              </w:rPr>
              <w:t xml:space="preserve">Rep Training </w:t>
            </w:r>
          </w:p>
        </w:tc>
      </w:tr>
      <w:tr w:rsidR="00F92F3A" w14:paraId="2D753D26" w14:textId="77777777">
        <w:trPr>
          <w:trHeight w:val="1983"/>
        </w:trPr>
        <w:tc>
          <w:tcPr>
            <w:tcW w:w="2055" w:type="dxa"/>
          </w:tcPr>
          <w:p w14:paraId="5FE401FC" w14:textId="77777777" w:rsidR="00F92F3A" w:rsidRDefault="00000000">
            <w:r>
              <w:rPr>
                <w:b/>
                <w:bCs/>
              </w:rPr>
              <w:t>23</w:t>
            </w:r>
          </w:p>
        </w:tc>
        <w:tc>
          <w:tcPr>
            <w:tcW w:w="2055" w:type="dxa"/>
          </w:tcPr>
          <w:p w14:paraId="2F37672B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  <w:p w14:paraId="4CB7D3FB" w14:textId="77777777" w:rsidR="002E32B5" w:rsidRDefault="002E32B5">
            <w:pPr>
              <w:rPr>
                <w:sz w:val="28"/>
                <w:szCs w:val="32"/>
              </w:rPr>
            </w:pPr>
            <w:r w:rsidRPr="002E32B5">
              <w:rPr>
                <w:sz w:val="28"/>
                <w:szCs w:val="32"/>
              </w:rPr>
              <w:t xml:space="preserve">Umpire Clinic </w:t>
            </w:r>
            <w:r w:rsidRPr="002E32B5">
              <w:rPr>
                <w:sz w:val="28"/>
                <w:szCs w:val="32"/>
              </w:rPr>
              <w:br/>
              <w:t>4-5.30pm</w:t>
            </w:r>
          </w:p>
          <w:p w14:paraId="5C1427BC" w14:textId="77777777" w:rsidR="002E32B5" w:rsidRDefault="002E32B5">
            <w:pPr>
              <w:rPr>
                <w:sz w:val="28"/>
                <w:szCs w:val="32"/>
              </w:rPr>
            </w:pPr>
          </w:p>
          <w:p w14:paraId="590A1464" w14:textId="77777777" w:rsidR="002E32B5" w:rsidRDefault="002E32B5">
            <w:pPr>
              <w:rPr>
                <w:sz w:val="28"/>
                <w:szCs w:val="32"/>
              </w:rPr>
            </w:pPr>
          </w:p>
          <w:p w14:paraId="492D057A" w14:textId="673E6365" w:rsidR="002E32B5" w:rsidRPr="002E32B5" w:rsidRDefault="002E32B5">
            <w:pPr>
              <w:rPr>
                <w:b/>
                <w:bCs/>
              </w:rPr>
            </w:pPr>
            <w:r>
              <w:rPr>
                <w:b/>
                <w:bCs/>
                <w:sz w:val="28"/>
                <w:szCs w:val="32"/>
              </w:rPr>
              <w:t>AGM – 6pm</w:t>
            </w:r>
          </w:p>
        </w:tc>
        <w:tc>
          <w:tcPr>
            <w:tcW w:w="2055" w:type="dxa"/>
          </w:tcPr>
          <w:p w14:paraId="5F37E67F" w14:textId="77777777" w:rsidR="00F92F3A" w:rsidRDefault="00000000">
            <w:r>
              <w:rPr>
                <w:b/>
                <w:bCs/>
              </w:rPr>
              <w:t>25</w:t>
            </w:r>
          </w:p>
        </w:tc>
        <w:tc>
          <w:tcPr>
            <w:tcW w:w="2055" w:type="dxa"/>
          </w:tcPr>
          <w:p w14:paraId="7E92736B" w14:textId="77777777" w:rsidR="00F92F3A" w:rsidRDefault="00000000">
            <w:r>
              <w:rPr>
                <w:b/>
                <w:bCs/>
              </w:rPr>
              <w:t>26</w:t>
            </w:r>
          </w:p>
        </w:tc>
        <w:tc>
          <w:tcPr>
            <w:tcW w:w="2055" w:type="dxa"/>
          </w:tcPr>
          <w:p w14:paraId="5362D58B" w14:textId="77777777" w:rsidR="00F92F3A" w:rsidRDefault="00000000">
            <w:r>
              <w:rPr>
                <w:b/>
                <w:bCs/>
              </w:rPr>
              <w:t>27</w:t>
            </w:r>
          </w:p>
        </w:tc>
        <w:tc>
          <w:tcPr>
            <w:tcW w:w="2055" w:type="dxa"/>
          </w:tcPr>
          <w:p w14:paraId="11A71123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  <w:p w14:paraId="514924CF" w14:textId="6DF0D6FE" w:rsidR="00F92F3A" w:rsidRDefault="002E32B5">
            <w:r>
              <w:t>?? ROCKY RED ROOSTER???</w:t>
            </w:r>
          </w:p>
        </w:tc>
        <w:tc>
          <w:tcPr>
            <w:tcW w:w="2055" w:type="dxa"/>
          </w:tcPr>
          <w:p w14:paraId="7E1602C5" w14:textId="77777777" w:rsidR="00F92F3A" w:rsidRDefault="00F92F3A"/>
        </w:tc>
      </w:tr>
    </w:tbl>
    <w:p w14:paraId="05B79EC5" w14:textId="77777777" w:rsidR="00F92F3A" w:rsidRDefault="00000000">
      <w:r>
        <w:br w:type="page"/>
      </w:r>
    </w:p>
    <w:p w14:paraId="70529560" w14:textId="77777777" w:rsidR="00F92F3A" w:rsidRDefault="00000000">
      <w:pPr>
        <w:pStyle w:val="Heading1"/>
        <w:jc w:val="center"/>
      </w:pPr>
      <w:r>
        <w:lastRenderedPageBreak/>
        <w:t>March 2026</w:t>
      </w:r>
    </w:p>
    <w:tbl>
      <w:tblPr>
        <w:tblStyle w:val="a4"/>
        <w:tblW w:w="14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48"/>
        <w:gridCol w:w="2048"/>
        <w:gridCol w:w="2048"/>
        <w:gridCol w:w="2048"/>
        <w:gridCol w:w="2048"/>
        <w:gridCol w:w="2048"/>
        <w:gridCol w:w="2048"/>
      </w:tblGrid>
      <w:tr w:rsidR="00F92F3A" w14:paraId="1C4CE673" w14:textId="77777777">
        <w:trPr>
          <w:trHeight w:val="468"/>
        </w:trPr>
        <w:tc>
          <w:tcPr>
            <w:tcW w:w="2048" w:type="dxa"/>
          </w:tcPr>
          <w:p w14:paraId="2B396B5A" w14:textId="77777777" w:rsidR="00F92F3A" w:rsidRDefault="00000000">
            <w:pPr>
              <w:jc w:val="center"/>
            </w:pPr>
            <w:r>
              <w:rPr>
                <w:b/>
                <w:bCs/>
              </w:rPr>
              <w:t>Mon</w:t>
            </w:r>
          </w:p>
        </w:tc>
        <w:tc>
          <w:tcPr>
            <w:tcW w:w="2048" w:type="dxa"/>
          </w:tcPr>
          <w:p w14:paraId="54D82FB0" w14:textId="77777777" w:rsidR="00F92F3A" w:rsidRDefault="00000000">
            <w:pPr>
              <w:jc w:val="center"/>
            </w:pPr>
            <w:r>
              <w:rPr>
                <w:b/>
                <w:bCs/>
              </w:rPr>
              <w:t>Tue</w:t>
            </w:r>
          </w:p>
        </w:tc>
        <w:tc>
          <w:tcPr>
            <w:tcW w:w="2048" w:type="dxa"/>
          </w:tcPr>
          <w:p w14:paraId="04AA6488" w14:textId="77777777" w:rsidR="00F92F3A" w:rsidRDefault="00000000">
            <w:pPr>
              <w:jc w:val="center"/>
            </w:pPr>
            <w:r>
              <w:rPr>
                <w:b/>
                <w:bCs/>
              </w:rPr>
              <w:t>Wed</w:t>
            </w:r>
          </w:p>
        </w:tc>
        <w:tc>
          <w:tcPr>
            <w:tcW w:w="2048" w:type="dxa"/>
          </w:tcPr>
          <w:p w14:paraId="17DF76F9" w14:textId="77777777" w:rsidR="00F92F3A" w:rsidRDefault="00000000">
            <w:pPr>
              <w:jc w:val="center"/>
            </w:pPr>
            <w:r>
              <w:rPr>
                <w:b/>
                <w:bCs/>
              </w:rPr>
              <w:t>Thu</w:t>
            </w:r>
          </w:p>
        </w:tc>
        <w:tc>
          <w:tcPr>
            <w:tcW w:w="2048" w:type="dxa"/>
          </w:tcPr>
          <w:p w14:paraId="72E3DF75" w14:textId="77777777" w:rsidR="00F92F3A" w:rsidRDefault="00000000">
            <w:pPr>
              <w:jc w:val="center"/>
            </w:pPr>
            <w:r>
              <w:rPr>
                <w:b/>
                <w:bCs/>
              </w:rPr>
              <w:t>Fri</w:t>
            </w:r>
          </w:p>
        </w:tc>
        <w:tc>
          <w:tcPr>
            <w:tcW w:w="2048" w:type="dxa"/>
          </w:tcPr>
          <w:p w14:paraId="2B0083C4" w14:textId="77777777" w:rsidR="00F92F3A" w:rsidRDefault="00000000">
            <w:pPr>
              <w:jc w:val="center"/>
            </w:pPr>
            <w:r>
              <w:rPr>
                <w:b/>
                <w:bCs/>
              </w:rPr>
              <w:t>Sat</w:t>
            </w:r>
          </w:p>
        </w:tc>
        <w:tc>
          <w:tcPr>
            <w:tcW w:w="2048" w:type="dxa"/>
          </w:tcPr>
          <w:p w14:paraId="4DCBBE35" w14:textId="77777777" w:rsidR="00F92F3A" w:rsidRDefault="00000000">
            <w:pPr>
              <w:jc w:val="center"/>
            </w:pPr>
            <w:r>
              <w:rPr>
                <w:b/>
                <w:bCs/>
              </w:rPr>
              <w:t>Sun</w:t>
            </w:r>
          </w:p>
        </w:tc>
      </w:tr>
      <w:tr w:rsidR="00F92F3A" w14:paraId="6963BE51" w14:textId="77777777">
        <w:trPr>
          <w:trHeight w:val="1484"/>
        </w:trPr>
        <w:tc>
          <w:tcPr>
            <w:tcW w:w="2048" w:type="dxa"/>
          </w:tcPr>
          <w:p w14:paraId="4D319288" w14:textId="77777777" w:rsidR="00F92F3A" w:rsidRDefault="00F92F3A"/>
        </w:tc>
        <w:tc>
          <w:tcPr>
            <w:tcW w:w="2048" w:type="dxa"/>
          </w:tcPr>
          <w:p w14:paraId="01CF5390" w14:textId="77777777" w:rsidR="00F92F3A" w:rsidRDefault="00F92F3A"/>
        </w:tc>
        <w:tc>
          <w:tcPr>
            <w:tcW w:w="2048" w:type="dxa"/>
          </w:tcPr>
          <w:p w14:paraId="09C55ADC" w14:textId="77777777" w:rsidR="00F92F3A" w:rsidRDefault="00F92F3A"/>
        </w:tc>
        <w:tc>
          <w:tcPr>
            <w:tcW w:w="2048" w:type="dxa"/>
          </w:tcPr>
          <w:p w14:paraId="733B6F74" w14:textId="77777777" w:rsidR="00F92F3A" w:rsidRDefault="00F92F3A"/>
        </w:tc>
        <w:tc>
          <w:tcPr>
            <w:tcW w:w="2048" w:type="dxa"/>
          </w:tcPr>
          <w:p w14:paraId="4A2FBB8D" w14:textId="77777777" w:rsidR="00F92F3A" w:rsidRDefault="00F92F3A"/>
        </w:tc>
        <w:tc>
          <w:tcPr>
            <w:tcW w:w="2048" w:type="dxa"/>
          </w:tcPr>
          <w:p w14:paraId="243AFC0C" w14:textId="77777777" w:rsidR="00F92F3A" w:rsidRDefault="00F92F3A"/>
        </w:tc>
        <w:tc>
          <w:tcPr>
            <w:tcW w:w="2048" w:type="dxa"/>
          </w:tcPr>
          <w:p w14:paraId="05E41A73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  <w:p w14:paraId="1AD76933" w14:textId="77777777" w:rsidR="00F92F3A" w:rsidRDefault="00000000">
            <w:r>
              <w:t>#ROCKY RED ROOSTER#</w:t>
            </w:r>
          </w:p>
          <w:p w14:paraId="54EB7E93" w14:textId="77777777" w:rsidR="00F92F3A" w:rsidRDefault="00000000">
            <w:r>
              <w:rPr>
                <w:b/>
                <w:bCs/>
              </w:rPr>
              <w:t>Rep Training</w:t>
            </w:r>
          </w:p>
        </w:tc>
      </w:tr>
      <w:tr w:rsidR="00F92F3A" w14:paraId="189B4F30" w14:textId="77777777">
        <w:trPr>
          <w:trHeight w:val="1599"/>
        </w:trPr>
        <w:tc>
          <w:tcPr>
            <w:tcW w:w="2048" w:type="dxa"/>
          </w:tcPr>
          <w:p w14:paraId="32891F5D" w14:textId="77777777" w:rsidR="00F92F3A" w:rsidRDefault="00000000">
            <w:r>
              <w:rPr>
                <w:b/>
                <w:bCs/>
              </w:rPr>
              <w:t>2</w:t>
            </w:r>
          </w:p>
        </w:tc>
        <w:tc>
          <w:tcPr>
            <w:tcW w:w="2048" w:type="dxa"/>
          </w:tcPr>
          <w:p w14:paraId="3A4EF058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  <w:p w14:paraId="102E77E9" w14:textId="77777777" w:rsidR="002E32B5" w:rsidRDefault="002E32B5">
            <w:pPr>
              <w:rPr>
                <w:b/>
                <w:bCs/>
              </w:rPr>
            </w:pPr>
            <w:r>
              <w:rPr>
                <w:b/>
                <w:bCs/>
              </w:rPr>
              <w:t>Umpire clinic??</w:t>
            </w:r>
          </w:p>
          <w:p w14:paraId="5A393423" w14:textId="77777777" w:rsidR="00FE5BCF" w:rsidRDefault="00FE5BCF">
            <w:pPr>
              <w:rPr>
                <w:b/>
                <w:bCs/>
              </w:rPr>
            </w:pPr>
          </w:p>
          <w:p w14:paraId="518508E1" w14:textId="7BCA4C2D" w:rsidR="00FE5BCF" w:rsidRDefault="00FE5BCF">
            <w:r>
              <w:rPr>
                <w:b/>
                <w:bCs/>
              </w:rPr>
              <w:t>Coaching clinic?</w:t>
            </w:r>
          </w:p>
        </w:tc>
        <w:tc>
          <w:tcPr>
            <w:tcW w:w="2048" w:type="dxa"/>
          </w:tcPr>
          <w:p w14:paraId="77B26E43" w14:textId="77777777" w:rsidR="00F92F3A" w:rsidRDefault="00000000">
            <w:r>
              <w:rPr>
                <w:b/>
                <w:bCs/>
              </w:rPr>
              <w:t>4</w:t>
            </w:r>
          </w:p>
        </w:tc>
        <w:tc>
          <w:tcPr>
            <w:tcW w:w="2048" w:type="dxa"/>
          </w:tcPr>
          <w:p w14:paraId="133CE7F8" w14:textId="77777777" w:rsidR="00F92F3A" w:rsidRDefault="00000000">
            <w:r>
              <w:rPr>
                <w:b/>
                <w:bCs/>
              </w:rPr>
              <w:t>5</w:t>
            </w:r>
          </w:p>
        </w:tc>
        <w:tc>
          <w:tcPr>
            <w:tcW w:w="2048" w:type="dxa"/>
          </w:tcPr>
          <w:p w14:paraId="229BD0AA" w14:textId="77777777" w:rsidR="00F92F3A" w:rsidRDefault="00000000">
            <w:r>
              <w:rPr>
                <w:b/>
                <w:bCs/>
              </w:rPr>
              <w:t>6</w:t>
            </w:r>
          </w:p>
        </w:tc>
        <w:tc>
          <w:tcPr>
            <w:tcW w:w="2048" w:type="dxa"/>
          </w:tcPr>
          <w:p w14:paraId="4EA0CCBE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  <w:p w14:paraId="09DB7DB4" w14:textId="4B74C662" w:rsidR="00F92F3A" w:rsidRDefault="00F92F3A"/>
        </w:tc>
        <w:tc>
          <w:tcPr>
            <w:tcW w:w="2048" w:type="dxa"/>
          </w:tcPr>
          <w:p w14:paraId="44720C5A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  <w:p w14:paraId="3F401611" w14:textId="77777777" w:rsidR="00F92F3A" w:rsidRDefault="00000000">
            <w:r>
              <w:rPr>
                <w:b/>
                <w:bCs/>
              </w:rPr>
              <w:t>Rep Training</w:t>
            </w:r>
          </w:p>
        </w:tc>
      </w:tr>
      <w:tr w:rsidR="00F92F3A" w14:paraId="20EF54A5" w14:textId="77777777">
        <w:trPr>
          <w:trHeight w:val="1484"/>
        </w:trPr>
        <w:tc>
          <w:tcPr>
            <w:tcW w:w="2048" w:type="dxa"/>
          </w:tcPr>
          <w:p w14:paraId="1939A315" w14:textId="77777777" w:rsidR="00F92F3A" w:rsidRDefault="00000000">
            <w:r>
              <w:rPr>
                <w:b/>
                <w:bCs/>
              </w:rPr>
              <w:t>9</w:t>
            </w:r>
          </w:p>
        </w:tc>
        <w:tc>
          <w:tcPr>
            <w:tcW w:w="2048" w:type="dxa"/>
          </w:tcPr>
          <w:p w14:paraId="22188017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  <w:p w14:paraId="132C03D7" w14:textId="77777777" w:rsidR="002E32B5" w:rsidRDefault="002E32B5">
            <w:pPr>
              <w:rPr>
                <w:b/>
                <w:bCs/>
              </w:rPr>
            </w:pPr>
            <w:r>
              <w:rPr>
                <w:b/>
                <w:bCs/>
              </w:rPr>
              <w:t>Umpire clinic??</w:t>
            </w:r>
          </w:p>
          <w:p w14:paraId="7074A4C5" w14:textId="77777777" w:rsidR="00FE5BCF" w:rsidRDefault="00FE5BCF">
            <w:pPr>
              <w:rPr>
                <w:b/>
                <w:bCs/>
              </w:rPr>
            </w:pPr>
          </w:p>
          <w:p w14:paraId="53320A69" w14:textId="45E20803" w:rsidR="00FE5BCF" w:rsidRDefault="00FE5BCF">
            <w:r>
              <w:rPr>
                <w:b/>
                <w:bCs/>
              </w:rPr>
              <w:t>Coaching clinic?</w:t>
            </w:r>
          </w:p>
        </w:tc>
        <w:tc>
          <w:tcPr>
            <w:tcW w:w="2048" w:type="dxa"/>
          </w:tcPr>
          <w:p w14:paraId="41C6374F" w14:textId="77777777" w:rsidR="00F92F3A" w:rsidRDefault="00000000">
            <w:r>
              <w:rPr>
                <w:b/>
                <w:bCs/>
              </w:rPr>
              <w:t>11</w:t>
            </w:r>
          </w:p>
        </w:tc>
        <w:tc>
          <w:tcPr>
            <w:tcW w:w="2048" w:type="dxa"/>
          </w:tcPr>
          <w:p w14:paraId="6C44B161" w14:textId="77777777" w:rsidR="00F92F3A" w:rsidRDefault="00000000">
            <w:r>
              <w:rPr>
                <w:b/>
                <w:bCs/>
              </w:rPr>
              <w:t>12</w:t>
            </w:r>
          </w:p>
        </w:tc>
        <w:tc>
          <w:tcPr>
            <w:tcW w:w="2048" w:type="dxa"/>
          </w:tcPr>
          <w:p w14:paraId="2255D4B8" w14:textId="77777777" w:rsidR="00F92F3A" w:rsidRDefault="00000000">
            <w:r>
              <w:rPr>
                <w:b/>
                <w:bCs/>
              </w:rPr>
              <w:t>13</w:t>
            </w:r>
          </w:p>
        </w:tc>
        <w:tc>
          <w:tcPr>
            <w:tcW w:w="2048" w:type="dxa"/>
          </w:tcPr>
          <w:p w14:paraId="51CE61B2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  <w:p w14:paraId="7586D51C" w14:textId="77777777" w:rsidR="00F92F3A" w:rsidRDefault="00000000">
            <w:r>
              <w:rPr>
                <w:b/>
                <w:bCs/>
              </w:rPr>
              <w:t>Bundaberg Rep Carnival</w:t>
            </w:r>
          </w:p>
        </w:tc>
        <w:tc>
          <w:tcPr>
            <w:tcW w:w="2048" w:type="dxa"/>
          </w:tcPr>
          <w:p w14:paraId="50AA7F25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  <w:p w14:paraId="37DC7E8A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Bundaberg Rep Carnival </w:t>
            </w:r>
          </w:p>
        </w:tc>
      </w:tr>
      <w:tr w:rsidR="00F92F3A" w14:paraId="781832EA" w14:textId="77777777">
        <w:trPr>
          <w:trHeight w:val="1484"/>
        </w:trPr>
        <w:tc>
          <w:tcPr>
            <w:tcW w:w="2048" w:type="dxa"/>
          </w:tcPr>
          <w:p w14:paraId="188EEF9F" w14:textId="77777777" w:rsidR="00F92F3A" w:rsidRDefault="00000000">
            <w:r>
              <w:rPr>
                <w:b/>
                <w:bCs/>
              </w:rPr>
              <w:t>16</w:t>
            </w:r>
          </w:p>
        </w:tc>
        <w:tc>
          <w:tcPr>
            <w:tcW w:w="2048" w:type="dxa"/>
          </w:tcPr>
          <w:p w14:paraId="1D31F135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  <w:p w14:paraId="1D1AD97C" w14:textId="77777777" w:rsidR="00FE5BCF" w:rsidRDefault="00FE5BCF">
            <w:pPr>
              <w:rPr>
                <w:b/>
                <w:bCs/>
              </w:rPr>
            </w:pPr>
          </w:p>
          <w:p w14:paraId="3E8B6AA6" w14:textId="2A163A4C" w:rsidR="00FE5BCF" w:rsidRDefault="00FE5BCF">
            <w:r>
              <w:rPr>
                <w:b/>
                <w:bCs/>
              </w:rPr>
              <w:t>Coaching clinic?</w:t>
            </w:r>
          </w:p>
        </w:tc>
        <w:tc>
          <w:tcPr>
            <w:tcW w:w="2048" w:type="dxa"/>
          </w:tcPr>
          <w:p w14:paraId="05872B83" w14:textId="77777777" w:rsidR="00F92F3A" w:rsidRDefault="00000000">
            <w:r>
              <w:rPr>
                <w:b/>
                <w:bCs/>
              </w:rPr>
              <w:t>18</w:t>
            </w:r>
          </w:p>
        </w:tc>
        <w:tc>
          <w:tcPr>
            <w:tcW w:w="2048" w:type="dxa"/>
          </w:tcPr>
          <w:p w14:paraId="2D9D05D3" w14:textId="77777777" w:rsidR="00F92F3A" w:rsidRDefault="00000000">
            <w:r>
              <w:rPr>
                <w:b/>
                <w:bCs/>
              </w:rPr>
              <w:t>19</w:t>
            </w:r>
          </w:p>
        </w:tc>
        <w:tc>
          <w:tcPr>
            <w:tcW w:w="2048" w:type="dxa"/>
          </w:tcPr>
          <w:p w14:paraId="7BF54332" w14:textId="77777777" w:rsidR="00F92F3A" w:rsidRDefault="00000000">
            <w:r>
              <w:rPr>
                <w:b/>
                <w:bCs/>
              </w:rPr>
              <w:t>20</w:t>
            </w:r>
          </w:p>
        </w:tc>
        <w:tc>
          <w:tcPr>
            <w:tcW w:w="2048" w:type="dxa"/>
          </w:tcPr>
          <w:p w14:paraId="0B1FC350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  <w:p w14:paraId="5C948823" w14:textId="77777777" w:rsidR="00F92F3A" w:rsidRDefault="00F92F3A"/>
        </w:tc>
        <w:tc>
          <w:tcPr>
            <w:tcW w:w="2048" w:type="dxa"/>
          </w:tcPr>
          <w:p w14:paraId="493789C5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  <w:p w14:paraId="72AD2959" w14:textId="77777777" w:rsidR="00F92F3A" w:rsidRDefault="00000000">
            <w:r>
              <w:rPr>
                <w:b/>
                <w:bCs/>
              </w:rPr>
              <w:t>Rep Training</w:t>
            </w:r>
          </w:p>
        </w:tc>
      </w:tr>
      <w:tr w:rsidR="00F92F3A" w14:paraId="404A5EC6" w14:textId="77777777">
        <w:trPr>
          <w:trHeight w:val="1484"/>
        </w:trPr>
        <w:tc>
          <w:tcPr>
            <w:tcW w:w="2048" w:type="dxa"/>
          </w:tcPr>
          <w:p w14:paraId="53663750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  <w:p w14:paraId="1364DF18" w14:textId="2A907D2B" w:rsidR="00F92F3A" w:rsidRDefault="00000000">
            <w:r>
              <w:t xml:space="preserve"> </w:t>
            </w:r>
          </w:p>
        </w:tc>
        <w:tc>
          <w:tcPr>
            <w:tcW w:w="2048" w:type="dxa"/>
          </w:tcPr>
          <w:p w14:paraId="1FCF45D5" w14:textId="77777777" w:rsidR="00F92F3A" w:rsidRDefault="00000000">
            <w:r>
              <w:rPr>
                <w:b/>
                <w:bCs/>
              </w:rPr>
              <w:t>24</w:t>
            </w:r>
          </w:p>
        </w:tc>
        <w:tc>
          <w:tcPr>
            <w:tcW w:w="2048" w:type="dxa"/>
          </w:tcPr>
          <w:p w14:paraId="6DB6B300" w14:textId="77777777" w:rsidR="00F92F3A" w:rsidRDefault="00000000">
            <w:r>
              <w:rPr>
                <w:b/>
                <w:bCs/>
              </w:rPr>
              <w:t>25</w:t>
            </w:r>
          </w:p>
        </w:tc>
        <w:tc>
          <w:tcPr>
            <w:tcW w:w="2048" w:type="dxa"/>
          </w:tcPr>
          <w:p w14:paraId="14FDF0CD" w14:textId="77777777" w:rsidR="00F92F3A" w:rsidRDefault="00000000">
            <w:r>
              <w:rPr>
                <w:b/>
                <w:bCs/>
              </w:rPr>
              <w:t>26</w:t>
            </w:r>
          </w:p>
        </w:tc>
        <w:tc>
          <w:tcPr>
            <w:tcW w:w="2048" w:type="dxa"/>
          </w:tcPr>
          <w:p w14:paraId="6D0BAE3A" w14:textId="77777777" w:rsidR="00F92F3A" w:rsidRDefault="00000000">
            <w:r>
              <w:rPr>
                <w:b/>
                <w:bCs/>
              </w:rPr>
              <w:t>27</w:t>
            </w:r>
          </w:p>
        </w:tc>
        <w:tc>
          <w:tcPr>
            <w:tcW w:w="2048" w:type="dxa"/>
          </w:tcPr>
          <w:p w14:paraId="7427EB64" w14:textId="77777777" w:rsidR="00F92F3A" w:rsidRDefault="00000000">
            <w:r>
              <w:rPr>
                <w:b/>
                <w:bCs/>
              </w:rPr>
              <w:t>28</w:t>
            </w:r>
          </w:p>
        </w:tc>
        <w:tc>
          <w:tcPr>
            <w:tcW w:w="2048" w:type="dxa"/>
          </w:tcPr>
          <w:p w14:paraId="3A7E5324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  <w:p w14:paraId="1B4850A4" w14:textId="77777777" w:rsidR="00F92F3A" w:rsidRDefault="00000000">
            <w:r>
              <w:rPr>
                <w:b/>
                <w:bCs/>
              </w:rPr>
              <w:t>Rep Training</w:t>
            </w:r>
          </w:p>
        </w:tc>
      </w:tr>
      <w:tr w:rsidR="00F92F3A" w14:paraId="521F5054" w14:textId="77777777">
        <w:trPr>
          <w:trHeight w:val="1599"/>
        </w:trPr>
        <w:tc>
          <w:tcPr>
            <w:tcW w:w="2048" w:type="dxa"/>
          </w:tcPr>
          <w:p w14:paraId="43967F19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  <w:p w14:paraId="00229871" w14:textId="64628181" w:rsidR="00FE5BCF" w:rsidRPr="00FE5BCF" w:rsidRDefault="00FE5BCF">
            <w:r>
              <w:t>Team Noms close</w:t>
            </w:r>
          </w:p>
        </w:tc>
        <w:tc>
          <w:tcPr>
            <w:tcW w:w="2048" w:type="dxa"/>
          </w:tcPr>
          <w:p w14:paraId="4A3ED79B" w14:textId="77777777" w:rsidR="00F92F3A" w:rsidRDefault="00000000">
            <w:r>
              <w:rPr>
                <w:b/>
                <w:bCs/>
              </w:rPr>
              <w:t>31</w:t>
            </w:r>
          </w:p>
        </w:tc>
        <w:tc>
          <w:tcPr>
            <w:tcW w:w="2048" w:type="dxa"/>
          </w:tcPr>
          <w:p w14:paraId="67E223C2" w14:textId="77777777" w:rsidR="00F92F3A" w:rsidRDefault="00F92F3A"/>
        </w:tc>
        <w:tc>
          <w:tcPr>
            <w:tcW w:w="2048" w:type="dxa"/>
          </w:tcPr>
          <w:p w14:paraId="6982B885" w14:textId="77777777" w:rsidR="00F92F3A" w:rsidRDefault="00F92F3A"/>
        </w:tc>
        <w:tc>
          <w:tcPr>
            <w:tcW w:w="2048" w:type="dxa"/>
          </w:tcPr>
          <w:p w14:paraId="56EDA77F" w14:textId="77777777" w:rsidR="00F92F3A" w:rsidRDefault="00F92F3A"/>
        </w:tc>
        <w:tc>
          <w:tcPr>
            <w:tcW w:w="2048" w:type="dxa"/>
          </w:tcPr>
          <w:p w14:paraId="763FA387" w14:textId="77777777" w:rsidR="00F92F3A" w:rsidRDefault="00F92F3A"/>
        </w:tc>
        <w:tc>
          <w:tcPr>
            <w:tcW w:w="2048" w:type="dxa"/>
          </w:tcPr>
          <w:p w14:paraId="02715D92" w14:textId="77777777" w:rsidR="00F92F3A" w:rsidRDefault="00F92F3A"/>
        </w:tc>
      </w:tr>
    </w:tbl>
    <w:p w14:paraId="16597964" w14:textId="77777777" w:rsidR="00F92F3A" w:rsidRDefault="00000000">
      <w:r>
        <w:br w:type="page"/>
      </w:r>
    </w:p>
    <w:p w14:paraId="0192B7C4" w14:textId="77777777" w:rsidR="00F92F3A" w:rsidRDefault="00000000">
      <w:pPr>
        <w:pStyle w:val="Heading1"/>
        <w:jc w:val="center"/>
      </w:pPr>
      <w:r>
        <w:lastRenderedPageBreak/>
        <w:t>April 2026</w:t>
      </w:r>
    </w:p>
    <w:tbl>
      <w:tblPr>
        <w:tblStyle w:val="a5"/>
        <w:tblW w:w="14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38"/>
        <w:gridCol w:w="2038"/>
        <w:gridCol w:w="2038"/>
        <w:gridCol w:w="2038"/>
        <w:gridCol w:w="2038"/>
        <w:gridCol w:w="2038"/>
        <w:gridCol w:w="2038"/>
      </w:tblGrid>
      <w:tr w:rsidR="00F92F3A" w14:paraId="0543946D" w14:textId="77777777">
        <w:trPr>
          <w:trHeight w:val="443"/>
        </w:trPr>
        <w:tc>
          <w:tcPr>
            <w:tcW w:w="2038" w:type="dxa"/>
          </w:tcPr>
          <w:p w14:paraId="74A083C9" w14:textId="77777777" w:rsidR="00F92F3A" w:rsidRDefault="00000000">
            <w:pPr>
              <w:jc w:val="center"/>
            </w:pPr>
            <w:r>
              <w:rPr>
                <w:b/>
                <w:bCs/>
              </w:rPr>
              <w:t>Mon</w:t>
            </w:r>
          </w:p>
        </w:tc>
        <w:tc>
          <w:tcPr>
            <w:tcW w:w="2038" w:type="dxa"/>
          </w:tcPr>
          <w:p w14:paraId="4CECAEF4" w14:textId="77777777" w:rsidR="00F92F3A" w:rsidRDefault="00000000">
            <w:pPr>
              <w:jc w:val="center"/>
            </w:pPr>
            <w:r>
              <w:rPr>
                <w:b/>
                <w:bCs/>
              </w:rPr>
              <w:t>Tue</w:t>
            </w:r>
          </w:p>
        </w:tc>
        <w:tc>
          <w:tcPr>
            <w:tcW w:w="2038" w:type="dxa"/>
          </w:tcPr>
          <w:p w14:paraId="2F00B277" w14:textId="77777777" w:rsidR="00F92F3A" w:rsidRDefault="00000000">
            <w:pPr>
              <w:jc w:val="center"/>
            </w:pPr>
            <w:r>
              <w:rPr>
                <w:b/>
                <w:bCs/>
              </w:rPr>
              <w:t>Wed</w:t>
            </w:r>
          </w:p>
        </w:tc>
        <w:tc>
          <w:tcPr>
            <w:tcW w:w="2038" w:type="dxa"/>
          </w:tcPr>
          <w:p w14:paraId="48CB4151" w14:textId="77777777" w:rsidR="00F92F3A" w:rsidRDefault="00000000">
            <w:pPr>
              <w:jc w:val="center"/>
            </w:pPr>
            <w:r>
              <w:rPr>
                <w:b/>
                <w:bCs/>
              </w:rPr>
              <w:t>Thu</w:t>
            </w:r>
          </w:p>
        </w:tc>
        <w:tc>
          <w:tcPr>
            <w:tcW w:w="2038" w:type="dxa"/>
          </w:tcPr>
          <w:p w14:paraId="3895A235" w14:textId="77777777" w:rsidR="00F92F3A" w:rsidRDefault="00000000">
            <w:pPr>
              <w:jc w:val="center"/>
            </w:pPr>
            <w:r>
              <w:rPr>
                <w:b/>
                <w:bCs/>
              </w:rPr>
              <w:t>Fri</w:t>
            </w:r>
          </w:p>
        </w:tc>
        <w:tc>
          <w:tcPr>
            <w:tcW w:w="2038" w:type="dxa"/>
          </w:tcPr>
          <w:p w14:paraId="5F7CA6AA" w14:textId="77777777" w:rsidR="00F92F3A" w:rsidRDefault="00000000">
            <w:pPr>
              <w:jc w:val="center"/>
            </w:pPr>
            <w:r>
              <w:rPr>
                <w:b/>
                <w:bCs/>
              </w:rPr>
              <w:t>Sat</w:t>
            </w:r>
          </w:p>
        </w:tc>
        <w:tc>
          <w:tcPr>
            <w:tcW w:w="2038" w:type="dxa"/>
          </w:tcPr>
          <w:p w14:paraId="4C12B8AD" w14:textId="77777777" w:rsidR="00F92F3A" w:rsidRDefault="00000000">
            <w:pPr>
              <w:jc w:val="center"/>
            </w:pPr>
            <w:r>
              <w:rPr>
                <w:b/>
                <w:bCs/>
              </w:rPr>
              <w:t>Sun</w:t>
            </w:r>
          </w:p>
        </w:tc>
      </w:tr>
      <w:tr w:rsidR="00F92F3A" w14:paraId="57A8D6D2" w14:textId="77777777">
        <w:trPr>
          <w:trHeight w:val="1926"/>
        </w:trPr>
        <w:tc>
          <w:tcPr>
            <w:tcW w:w="2038" w:type="dxa"/>
          </w:tcPr>
          <w:p w14:paraId="0CA1C955" w14:textId="77777777" w:rsidR="00F92F3A" w:rsidRDefault="00F92F3A"/>
        </w:tc>
        <w:tc>
          <w:tcPr>
            <w:tcW w:w="2038" w:type="dxa"/>
          </w:tcPr>
          <w:p w14:paraId="35B56A0B" w14:textId="77777777" w:rsidR="00F92F3A" w:rsidRDefault="00F92F3A"/>
        </w:tc>
        <w:tc>
          <w:tcPr>
            <w:tcW w:w="2038" w:type="dxa"/>
          </w:tcPr>
          <w:p w14:paraId="0BB1E943" w14:textId="77777777" w:rsidR="00F92F3A" w:rsidRDefault="00000000">
            <w:r>
              <w:rPr>
                <w:b/>
                <w:bCs/>
              </w:rPr>
              <w:t>1</w:t>
            </w:r>
          </w:p>
        </w:tc>
        <w:tc>
          <w:tcPr>
            <w:tcW w:w="2038" w:type="dxa"/>
          </w:tcPr>
          <w:p w14:paraId="434E6AD5" w14:textId="77777777" w:rsidR="00F92F3A" w:rsidRDefault="00000000">
            <w:r>
              <w:rPr>
                <w:b/>
                <w:bCs/>
              </w:rPr>
              <w:t>2</w:t>
            </w:r>
          </w:p>
        </w:tc>
        <w:tc>
          <w:tcPr>
            <w:tcW w:w="2038" w:type="dxa"/>
            <w:shd w:val="clear" w:color="auto" w:fill="FFF2CC"/>
          </w:tcPr>
          <w:p w14:paraId="32654FC3" w14:textId="77777777" w:rsidR="00F92F3A" w:rsidRDefault="00000000">
            <w:r>
              <w:rPr>
                <w:b/>
                <w:bCs/>
              </w:rPr>
              <w:t>3</w:t>
            </w:r>
            <w:r>
              <w:t xml:space="preserve"> ★</w:t>
            </w:r>
          </w:p>
          <w:p w14:paraId="73B1B245" w14:textId="77777777" w:rsidR="00F92F3A" w:rsidRDefault="00000000">
            <w:r>
              <w:rPr>
                <w:sz w:val="16"/>
                <w:szCs w:val="16"/>
              </w:rPr>
              <w:t>Good Friday</w:t>
            </w:r>
          </w:p>
        </w:tc>
        <w:tc>
          <w:tcPr>
            <w:tcW w:w="2038" w:type="dxa"/>
            <w:shd w:val="clear" w:color="auto" w:fill="FFF2CC"/>
          </w:tcPr>
          <w:p w14:paraId="0310F762" w14:textId="77777777" w:rsidR="00F92F3A" w:rsidRDefault="00000000">
            <w:r>
              <w:rPr>
                <w:b/>
                <w:bCs/>
              </w:rPr>
              <w:t>4</w:t>
            </w:r>
            <w:r>
              <w:t xml:space="preserve"> ★</w:t>
            </w:r>
          </w:p>
          <w:p w14:paraId="3CEF16E2" w14:textId="77777777" w:rsidR="00F92F3A" w:rsidRDefault="00000000">
            <w:r>
              <w:rPr>
                <w:sz w:val="16"/>
                <w:szCs w:val="16"/>
              </w:rPr>
              <w:t>Day after Good Friday</w:t>
            </w:r>
          </w:p>
        </w:tc>
        <w:tc>
          <w:tcPr>
            <w:tcW w:w="2038" w:type="dxa"/>
            <w:shd w:val="clear" w:color="auto" w:fill="FFF2CC"/>
          </w:tcPr>
          <w:p w14:paraId="3B4DC35B" w14:textId="77777777" w:rsidR="00F92F3A" w:rsidRDefault="00000000">
            <w:r>
              <w:rPr>
                <w:b/>
                <w:bCs/>
              </w:rPr>
              <w:t>5</w:t>
            </w:r>
            <w:r>
              <w:t xml:space="preserve"> ★</w:t>
            </w:r>
          </w:p>
          <w:p w14:paraId="314C5014" w14:textId="77777777" w:rsidR="00F92F3A" w:rsidRDefault="00000000">
            <w:r>
              <w:rPr>
                <w:sz w:val="16"/>
                <w:szCs w:val="16"/>
              </w:rPr>
              <w:t>Easter Sunday</w:t>
            </w:r>
          </w:p>
        </w:tc>
      </w:tr>
      <w:tr w:rsidR="00F92F3A" w14:paraId="2A325773" w14:textId="77777777">
        <w:trPr>
          <w:trHeight w:val="1827"/>
        </w:trPr>
        <w:tc>
          <w:tcPr>
            <w:tcW w:w="2038" w:type="dxa"/>
            <w:shd w:val="clear" w:color="auto" w:fill="FFF2CC"/>
          </w:tcPr>
          <w:p w14:paraId="0346220A" w14:textId="77777777" w:rsidR="00F92F3A" w:rsidRDefault="00000000">
            <w:r>
              <w:rPr>
                <w:b/>
                <w:bCs/>
              </w:rPr>
              <w:t>6</w:t>
            </w:r>
            <w:r>
              <w:t xml:space="preserve"> ★</w:t>
            </w:r>
          </w:p>
          <w:p w14:paraId="349494C1" w14:textId="77777777" w:rsidR="00F92F3A" w:rsidRDefault="00000000">
            <w:r>
              <w:rPr>
                <w:sz w:val="16"/>
                <w:szCs w:val="16"/>
              </w:rPr>
              <w:t>Easter Monday</w:t>
            </w:r>
          </w:p>
        </w:tc>
        <w:tc>
          <w:tcPr>
            <w:tcW w:w="2038" w:type="dxa"/>
            <w:shd w:val="clear" w:color="auto" w:fill="FFF2CC"/>
          </w:tcPr>
          <w:p w14:paraId="431B6FA8" w14:textId="77777777" w:rsidR="00F92F3A" w:rsidRDefault="00000000">
            <w:r>
              <w:rPr>
                <w:b/>
                <w:bCs/>
              </w:rPr>
              <w:t>7</w:t>
            </w:r>
          </w:p>
        </w:tc>
        <w:tc>
          <w:tcPr>
            <w:tcW w:w="2038" w:type="dxa"/>
            <w:shd w:val="clear" w:color="auto" w:fill="FFF2CC"/>
          </w:tcPr>
          <w:p w14:paraId="0E974BB6" w14:textId="77777777" w:rsidR="00F92F3A" w:rsidRDefault="00000000">
            <w:r>
              <w:rPr>
                <w:b/>
                <w:bCs/>
              </w:rPr>
              <w:t>8</w:t>
            </w:r>
          </w:p>
        </w:tc>
        <w:tc>
          <w:tcPr>
            <w:tcW w:w="2038" w:type="dxa"/>
            <w:shd w:val="clear" w:color="auto" w:fill="FFF2CC"/>
          </w:tcPr>
          <w:p w14:paraId="5D404A20" w14:textId="77777777" w:rsidR="00F92F3A" w:rsidRDefault="00000000">
            <w:r>
              <w:rPr>
                <w:b/>
                <w:bCs/>
              </w:rPr>
              <w:t>9</w:t>
            </w:r>
          </w:p>
        </w:tc>
        <w:tc>
          <w:tcPr>
            <w:tcW w:w="2038" w:type="dxa"/>
            <w:shd w:val="clear" w:color="auto" w:fill="FFF2CC"/>
          </w:tcPr>
          <w:p w14:paraId="066892A2" w14:textId="77777777" w:rsidR="00F92F3A" w:rsidRDefault="00000000">
            <w:r>
              <w:rPr>
                <w:b/>
                <w:bCs/>
              </w:rPr>
              <w:t>10</w:t>
            </w:r>
          </w:p>
        </w:tc>
        <w:tc>
          <w:tcPr>
            <w:tcW w:w="2038" w:type="dxa"/>
            <w:shd w:val="clear" w:color="auto" w:fill="FFF2CC"/>
          </w:tcPr>
          <w:p w14:paraId="74CDFEA1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  <w:p w14:paraId="1DAE6605" w14:textId="77777777" w:rsidR="00F92F3A" w:rsidRDefault="00000000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SENIOR STATE AGE </w:t>
            </w:r>
            <w:r>
              <w:rPr>
                <w:b/>
                <w:bCs/>
                <w:i/>
                <w:iCs/>
              </w:rPr>
              <w:br/>
              <w:t>TOWNSVILLE</w:t>
            </w:r>
          </w:p>
          <w:p w14:paraId="468C8749" w14:textId="77777777" w:rsidR="00F92F3A" w:rsidRDefault="00000000">
            <w:r>
              <w:rPr>
                <w:b/>
                <w:bCs/>
                <w:i/>
                <w:iCs/>
              </w:rPr>
              <w:t>(15-18yrs)</w:t>
            </w:r>
          </w:p>
        </w:tc>
        <w:tc>
          <w:tcPr>
            <w:tcW w:w="2038" w:type="dxa"/>
            <w:shd w:val="clear" w:color="auto" w:fill="FFF2CC"/>
          </w:tcPr>
          <w:p w14:paraId="182EE193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  <w:p w14:paraId="59908703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SENIOR STATE AGE </w:t>
            </w:r>
            <w:r>
              <w:rPr>
                <w:b/>
                <w:bCs/>
              </w:rPr>
              <w:br/>
              <w:t>TOWNSVILLE</w:t>
            </w:r>
          </w:p>
          <w:p w14:paraId="18986A4A" w14:textId="77777777" w:rsidR="00F92F3A" w:rsidRDefault="00000000">
            <w:r>
              <w:rPr>
                <w:b/>
                <w:bCs/>
              </w:rPr>
              <w:t>(15-18yrs)</w:t>
            </w:r>
          </w:p>
        </w:tc>
      </w:tr>
      <w:tr w:rsidR="00F92F3A" w14:paraId="3A8208C9" w14:textId="77777777">
        <w:trPr>
          <w:trHeight w:val="1849"/>
        </w:trPr>
        <w:tc>
          <w:tcPr>
            <w:tcW w:w="2038" w:type="dxa"/>
            <w:shd w:val="clear" w:color="auto" w:fill="FFF2CC"/>
          </w:tcPr>
          <w:p w14:paraId="6851A3F4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  <w:p w14:paraId="1F0BA4EE" w14:textId="77777777" w:rsidR="00F92F3A" w:rsidRDefault="00000000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SENIOR STATE AGE </w:t>
            </w:r>
            <w:r>
              <w:rPr>
                <w:b/>
                <w:bCs/>
                <w:i/>
                <w:iCs/>
              </w:rPr>
              <w:br/>
              <w:t>TOWNSVILLE</w:t>
            </w:r>
          </w:p>
          <w:p w14:paraId="1CC2F769" w14:textId="77777777" w:rsidR="00F92F3A" w:rsidRDefault="00000000">
            <w:r>
              <w:rPr>
                <w:b/>
                <w:bCs/>
                <w:i/>
                <w:iCs/>
              </w:rPr>
              <w:t>(15-18yrs)</w:t>
            </w:r>
          </w:p>
        </w:tc>
        <w:tc>
          <w:tcPr>
            <w:tcW w:w="2038" w:type="dxa"/>
            <w:shd w:val="clear" w:color="auto" w:fill="FFF2CC"/>
          </w:tcPr>
          <w:p w14:paraId="7E9A2C6A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  <w:p w14:paraId="7BA6E454" w14:textId="77777777" w:rsidR="00F92F3A" w:rsidRDefault="00000000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SENIOR STATE AGE </w:t>
            </w:r>
            <w:r>
              <w:rPr>
                <w:b/>
                <w:bCs/>
                <w:i/>
                <w:iCs/>
              </w:rPr>
              <w:br/>
              <w:t>TOWNSVILLE</w:t>
            </w:r>
          </w:p>
          <w:p w14:paraId="4C92543D" w14:textId="77777777" w:rsidR="00F92F3A" w:rsidRDefault="00000000">
            <w:r>
              <w:rPr>
                <w:b/>
                <w:bCs/>
                <w:i/>
                <w:iCs/>
              </w:rPr>
              <w:t>(15-18yrs)</w:t>
            </w:r>
          </w:p>
        </w:tc>
        <w:tc>
          <w:tcPr>
            <w:tcW w:w="2038" w:type="dxa"/>
            <w:shd w:val="clear" w:color="auto" w:fill="FFF2CC"/>
          </w:tcPr>
          <w:p w14:paraId="24B68D64" w14:textId="77777777" w:rsidR="00F92F3A" w:rsidRDefault="00000000">
            <w:r>
              <w:rPr>
                <w:b/>
                <w:bCs/>
              </w:rPr>
              <w:t>15</w:t>
            </w:r>
          </w:p>
        </w:tc>
        <w:tc>
          <w:tcPr>
            <w:tcW w:w="2038" w:type="dxa"/>
            <w:shd w:val="clear" w:color="auto" w:fill="FFF2CC"/>
          </w:tcPr>
          <w:p w14:paraId="0A5AF805" w14:textId="77777777" w:rsidR="00F92F3A" w:rsidRDefault="00000000">
            <w:r>
              <w:rPr>
                <w:b/>
                <w:bCs/>
              </w:rPr>
              <w:t>16</w:t>
            </w:r>
          </w:p>
        </w:tc>
        <w:tc>
          <w:tcPr>
            <w:tcW w:w="2038" w:type="dxa"/>
            <w:shd w:val="clear" w:color="auto" w:fill="FFF2CC"/>
          </w:tcPr>
          <w:p w14:paraId="5EE97E41" w14:textId="77777777" w:rsidR="00F92F3A" w:rsidRDefault="00000000">
            <w:r>
              <w:rPr>
                <w:b/>
                <w:bCs/>
              </w:rPr>
              <w:t>17</w:t>
            </w:r>
          </w:p>
        </w:tc>
        <w:tc>
          <w:tcPr>
            <w:tcW w:w="2038" w:type="dxa"/>
            <w:shd w:val="clear" w:color="auto" w:fill="FFF2CC"/>
          </w:tcPr>
          <w:p w14:paraId="3E9D646C" w14:textId="77777777" w:rsidR="00F92F3A" w:rsidRDefault="00000000">
            <w:r>
              <w:rPr>
                <w:b/>
                <w:bCs/>
              </w:rPr>
              <w:t>18</w:t>
            </w:r>
          </w:p>
        </w:tc>
        <w:tc>
          <w:tcPr>
            <w:tcW w:w="2038" w:type="dxa"/>
            <w:shd w:val="clear" w:color="auto" w:fill="FFF2CC"/>
          </w:tcPr>
          <w:p w14:paraId="372250C9" w14:textId="77777777" w:rsidR="00F92F3A" w:rsidRDefault="00000000">
            <w:r>
              <w:rPr>
                <w:b/>
                <w:bCs/>
              </w:rPr>
              <w:t>19</w:t>
            </w:r>
          </w:p>
        </w:tc>
      </w:tr>
      <w:tr w:rsidR="00F92F3A" w14:paraId="0AD5146F" w14:textId="77777777">
        <w:trPr>
          <w:trHeight w:val="1855"/>
        </w:trPr>
        <w:tc>
          <w:tcPr>
            <w:tcW w:w="2038" w:type="dxa"/>
          </w:tcPr>
          <w:p w14:paraId="2997D1BA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  <w:p w14:paraId="405583B8" w14:textId="77777777" w:rsidR="00F92F3A" w:rsidRDefault="00000000">
            <w:r>
              <w:t>Ladies/Mixed – Round 1</w:t>
            </w:r>
          </w:p>
        </w:tc>
        <w:tc>
          <w:tcPr>
            <w:tcW w:w="2038" w:type="dxa"/>
          </w:tcPr>
          <w:p w14:paraId="2BAAF7B2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  <w:p w14:paraId="58ED36F0" w14:textId="77777777" w:rsidR="00F92F3A" w:rsidRDefault="00000000">
            <w:r>
              <w:t>Juniors – Round 1</w:t>
            </w:r>
          </w:p>
        </w:tc>
        <w:tc>
          <w:tcPr>
            <w:tcW w:w="2038" w:type="dxa"/>
          </w:tcPr>
          <w:p w14:paraId="1F6175C6" w14:textId="77777777" w:rsidR="00F92F3A" w:rsidRDefault="00000000">
            <w:r>
              <w:rPr>
                <w:b/>
                <w:bCs/>
              </w:rPr>
              <w:t>22</w:t>
            </w:r>
          </w:p>
        </w:tc>
        <w:tc>
          <w:tcPr>
            <w:tcW w:w="2038" w:type="dxa"/>
          </w:tcPr>
          <w:p w14:paraId="78EFE593" w14:textId="77777777" w:rsidR="00F92F3A" w:rsidRDefault="00000000">
            <w:r>
              <w:rPr>
                <w:b/>
                <w:bCs/>
              </w:rPr>
              <w:t>23</w:t>
            </w:r>
          </w:p>
        </w:tc>
        <w:tc>
          <w:tcPr>
            <w:tcW w:w="2038" w:type="dxa"/>
          </w:tcPr>
          <w:p w14:paraId="26471E88" w14:textId="77777777" w:rsidR="00F92F3A" w:rsidRDefault="00000000">
            <w:r>
              <w:rPr>
                <w:b/>
                <w:bCs/>
              </w:rPr>
              <w:t>24</w:t>
            </w:r>
          </w:p>
        </w:tc>
        <w:tc>
          <w:tcPr>
            <w:tcW w:w="2038" w:type="dxa"/>
          </w:tcPr>
          <w:p w14:paraId="116B1110" w14:textId="77777777" w:rsidR="00F92F3A" w:rsidRDefault="00000000">
            <w:r>
              <w:rPr>
                <w:b/>
                <w:bCs/>
              </w:rPr>
              <w:t>25</w:t>
            </w:r>
            <w:r>
              <w:t xml:space="preserve"> ★</w:t>
            </w:r>
          </w:p>
          <w:p w14:paraId="537A5B7E" w14:textId="77777777" w:rsidR="00F92F3A" w:rsidRDefault="00000000">
            <w:r>
              <w:rPr>
                <w:sz w:val="16"/>
                <w:szCs w:val="16"/>
              </w:rPr>
              <w:t>Anzac Day</w:t>
            </w:r>
          </w:p>
        </w:tc>
        <w:tc>
          <w:tcPr>
            <w:tcW w:w="2038" w:type="dxa"/>
          </w:tcPr>
          <w:p w14:paraId="1814D1F5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  <w:p w14:paraId="71C76E08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Rep Training</w:t>
            </w:r>
          </w:p>
        </w:tc>
      </w:tr>
      <w:tr w:rsidR="00F92F3A" w14:paraId="7B23B9AB" w14:textId="77777777">
        <w:trPr>
          <w:trHeight w:val="2071"/>
        </w:trPr>
        <w:tc>
          <w:tcPr>
            <w:tcW w:w="2038" w:type="dxa"/>
          </w:tcPr>
          <w:p w14:paraId="2B7D8C9D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  <w:p w14:paraId="0A8835E9" w14:textId="77777777" w:rsidR="00F92F3A" w:rsidRDefault="00000000">
            <w:r>
              <w:t>Ladies/Mixed – Round 2</w:t>
            </w:r>
          </w:p>
        </w:tc>
        <w:tc>
          <w:tcPr>
            <w:tcW w:w="2038" w:type="dxa"/>
          </w:tcPr>
          <w:p w14:paraId="2688DB13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  <w:p w14:paraId="6B4940EA" w14:textId="77777777" w:rsidR="00F92F3A" w:rsidRDefault="00000000">
            <w:r>
              <w:t>Juniors – Round 2</w:t>
            </w:r>
          </w:p>
        </w:tc>
        <w:tc>
          <w:tcPr>
            <w:tcW w:w="2038" w:type="dxa"/>
          </w:tcPr>
          <w:p w14:paraId="744C491D" w14:textId="77777777" w:rsidR="00F92F3A" w:rsidRDefault="00000000">
            <w:r>
              <w:rPr>
                <w:b/>
                <w:bCs/>
              </w:rPr>
              <w:t>29</w:t>
            </w:r>
          </w:p>
        </w:tc>
        <w:tc>
          <w:tcPr>
            <w:tcW w:w="2038" w:type="dxa"/>
          </w:tcPr>
          <w:p w14:paraId="2D9DE455" w14:textId="77777777" w:rsidR="00F92F3A" w:rsidRDefault="00000000">
            <w:r>
              <w:rPr>
                <w:b/>
                <w:bCs/>
              </w:rPr>
              <w:t>30</w:t>
            </w:r>
          </w:p>
        </w:tc>
        <w:tc>
          <w:tcPr>
            <w:tcW w:w="2038" w:type="dxa"/>
          </w:tcPr>
          <w:p w14:paraId="1D4D6207" w14:textId="77777777" w:rsidR="00F92F3A" w:rsidRDefault="00F92F3A"/>
        </w:tc>
        <w:tc>
          <w:tcPr>
            <w:tcW w:w="2038" w:type="dxa"/>
          </w:tcPr>
          <w:p w14:paraId="3CB67585" w14:textId="77777777" w:rsidR="00F92F3A" w:rsidRDefault="00F92F3A"/>
        </w:tc>
        <w:tc>
          <w:tcPr>
            <w:tcW w:w="2038" w:type="dxa"/>
          </w:tcPr>
          <w:p w14:paraId="3EC73407" w14:textId="77777777" w:rsidR="00F92F3A" w:rsidRDefault="00F92F3A"/>
        </w:tc>
      </w:tr>
    </w:tbl>
    <w:p w14:paraId="2496E01D" w14:textId="77777777" w:rsidR="00F92F3A" w:rsidRDefault="00000000">
      <w:r>
        <w:br w:type="page"/>
      </w:r>
    </w:p>
    <w:p w14:paraId="4B209047" w14:textId="77777777" w:rsidR="00F92F3A" w:rsidRDefault="00000000">
      <w:pPr>
        <w:pStyle w:val="Heading1"/>
        <w:jc w:val="center"/>
      </w:pPr>
      <w:r>
        <w:lastRenderedPageBreak/>
        <w:t>May 2026</w:t>
      </w:r>
    </w:p>
    <w:tbl>
      <w:tblPr>
        <w:tblStyle w:val="a6"/>
        <w:tblW w:w="14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38"/>
        <w:gridCol w:w="2038"/>
        <w:gridCol w:w="2038"/>
        <w:gridCol w:w="2038"/>
        <w:gridCol w:w="2038"/>
        <w:gridCol w:w="2038"/>
        <w:gridCol w:w="2038"/>
      </w:tblGrid>
      <w:tr w:rsidR="00F92F3A" w14:paraId="023EB077" w14:textId="77777777">
        <w:trPr>
          <w:trHeight w:val="443"/>
        </w:trPr>
        <w:tc>
          <w:tcPr>
            <w:tcW w:w="2038" w:type="dxa"/>
          </w:tcPr>
          <w:p w14:paraId="3B4BC22B" w14:textId="77777777" w:rsidR="00F92F3A" w:rsidRDefault="00000000">
            <w:pPr>
              <w:jc w:val="center"/>
            </w:pPr>
            <w:r>
              <w:rPr>
                <w:b/>
                <w:bCs/>
              </w:rPr>
              <w:t>Mon</w:t>
            </w:r>
          </w:p>
        </w:tc>
        <w:tc>
          <w:tcPr>
            <w:tcW w:w="2038" w:type="dxa"/>
          </w:tcPr>
          <w:p w14:paraId="6464C54F" w14:textId="77777777" w:rsidR="00F92F3A" w:rsidRDefault="00000000">
            <w:pPr>
              <w:jc w:val="center"/>
            </w:pPr>
            <w:r>
              <w:rPr>
                <w:b/>
                <w:bCs/>
              </w:rPr>
              <w:t>Tue</w:t>
            </w:r>
          </w:p>
        </w:tc>
        <w:tc>
          <w:tcPr>
            <w:tcW w:w="2038" w:type="dxa"/>
          </w:tcPr>
          <w:p w14:paraId="08F251CD" w14:textId="77777777" w:rsidR="00F92F3A" w:rsidRDefault="00000000">
            <w:pPr>
              <w:jc w:val="center"/>
            </w:pPr>
            <w:r>
              <w:rPr>
                <w:b/>
                <w:bCs/>
              </w:rPr>
              <w:t>Wed</w:t>
            </w:r>
          </w:p>
        </w:tc>
        <w:tc>
          <w:tcPr>
            <w:tcW w:w="2038" w:type="dxa"/>
          </w:tcPr>
          <w:p w14:paraId="5338E0BD" w14:textId="77777777" w:rsidR="00F92F3A" w:rsidRDefault="00000000">
            <w:pPr>
              <w:jc w:val="center"/>
            </w:pPr>
            <w:r>
              <w:rPr>
                <w:b/>
                <w:bCs/>
              </w:rPr>
              <w:t>Thu</w:t>
            </w:r>
          </w:p>
        </w:tc>
        <w:tc>
          <w:tcPr>
            <w:tcW w:w="2038" w:type="dxa"/>
          </w:tcPr>
          <w:p w14:paraId="4812A680" w14:textId="77777777" w:rsidR="00F92F3A" w:rsidRDefault="00000000">
            <w:pPr>
              <w:jc w:val="center"/>
            </w:pPr>
            <w:r>
              <w:rPr>
                <w:b/>
                <w:bCs/>
              </w:rPr>
              <w:t>Fri</w:t>
            </w:r>
          </w:p>
        </w:tc>
        <w:tc>
          <w:tcPr>
            <w:tcW w:w="2038" w:type="dxa"/>
          </w:tcPr>
          <w:p w14:paraId="0E8A4F4D" w14:textId="77777777" w:rsidR="00F92F3A" w:rsidRDefault="00000000">
            <w:pPr>
              <w:jc w:val="center"/>
            </w:pPr>
            <w:r>
              <w:rPr>
                <w:b/>
                <w:bCs/>
              </w:rPr>
              <w:t>Sat</w:t>
            </w:r>
          </w:p>
        </w:tc>
        <w:tc>
          <w:tcPr>
            <w:tcW w:w="2038" w:type="dxa"/>
          </w:tcPr>
          <w:p w14:paraId="6B10E56E" w14:textId="77777777" w:rsidR="00F92F3A" w:rsidRDefault="00000000">
            <w:pPr>
              <w:jc w:val="center"/>
            </w:pPr>
            <w:r>
              <w:rPr>
                <w:b/>
                <w:bCs/>
              </w:rPr>
              <w:t>Sun</w:t>
            </w:r>
          </w:p>
        </w:tc>
      </w:tr>
      <w:tr w:rsidR="00F92F3A" w14:paraId="2E5160D2" w14:textId="77777777">
        <w:trPr>
          <w:trHeight w:val="1865"/>
        </w:trPr>
        <w:tc>
          <w:tcPr>
            <w:tcW w:w="2038" w:type="dxa"/>
          </w:tcPr>
          <w:p w14:paraId="3A047051" w14:textId="77777777" w:rsidR="00F92F3A" w:rsidRDefault="00F92F3A"/>
        </w:tc>
        <w:tc>
          <w:tcPr>
            <w:tcW w:w="2038" w:type="dxa"/>
          </w:tcPr>
          <w:p w14:paraId="575597E9" w14:textId="77777777" w:rsidR="00F92F3A" w:rsidRDefault="00F92F3A"/>
        </w:tc>
        <w:tc>
          <w:tcPr>
            <w:tcW w:w="2038" w:type="dxa"/>
          </w:tcPr>
          <w:p w14:paraId="09B1B73D" w14:textId="77777777" w:rsidR="00F92F3A" w:rsidRDefault="00F92F3A"/>
        </w:tc>
        <w:tc>
          <w:tcPr>
            <w:tcW w:w="2038" w:type="dxa"/>
          </w:tcPr>
          <w:p w14:paraId="01CF60BA" w14:textId="77777777" w:rsidR="00F92F3A" w:rsidRDefault="00F92F3A"/>
        </w:tc>
        <w:tc>
          <w:tcPr>
            <w:tcW w:w="2038" w:type="dxa"/>
          </w:tcPr>
          <w:p w14:paraId="0BBE7094" w14:textId="77777777" w:rsidR="00F92F3A" w:rsidRDefault="00000000">
            <w:r>
              <w:rPr>
                <w:b/>
                <w:bCs/>
              </w:rPr>
              <w:t>1</w:t>
            </w:r>
          </w:p>
        </w:tc>
        <w:tc>
          <w:tcPr>
            <w:tcW w:w="2038" w:type="dxa"/>
          </w:tcPr>
          <w:p w14:paraId="23F1894E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  <w:p w14:paraId="042D2DE7" w14:textId="77777777" w:rsidR="00F92F3A" w:rsidRDefault="00000000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COUNTRY CARNIVAL MACKAY </w:t>
            </w:r>
          </w:p>
          <w:p w14:paraId="5446A077" w14:textId="77777777" w:rsidR="00F92F3A" w:rsidRDefault="00000000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(12-18YRS)</w:t>
            </w:r>
          </w:p>
        </w:tc>
        <w:tc>
          <w:tcPr>
            <w:tcW w:w="2038" w:type="dxa"/>
          </w:tcPr>
          <w:p w14:paraId="3486D780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  <w:p w14:paraId="340618A0" w14:textId="77777777" w:rsidR="00F92F3A" w:rsidRDefault="00000000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COUNTRY CARNIVAL MACKAY </w:t>
            </w:r>
          </w:p>
          <w:p w14:paraId="68EB84C5" w14:textId="77777777" w:rsidR="00F92F3A" w:rsidRDefault="00000000">
            <w:r>
              <w:rPr>
                <w:b/>
                <w:bCs/>
                <w:i/>
                <w:iCs/>
              </w:rPr>
              <w:t>(12-18YRS)</w:t>
            </w:r>
          </w:p>
        </w:tc>
      </w:tr>
      <w:tr w:rsidR="00F92F3A" w14:paraId="3D04D19F" w14:textId="77777777">
        <w:trPr>
          <w:trHeight w:val="1787"/>
        </w:trPr>
        <w:tc>
          <w:tcPr>
            <w:tcW w:w="2038" w:type="dxa"/>
          </w:tcPr>
          <w:p w14:paraId="02FC174F" w14:textId="77777777" w:rsidR="00F92F3A" w:rsidRDefault="00000000">
            <w:r>
              <w:rPr>
                <w:b/>
                <w:bCs/>
              </w:rPr>
              <w:t>4</w:t>
            </w:r>
            <w:r>
              <w:t xml:space="preserve"> ★</w:t>
            </w:r>
          </w:p>
          <w:p w14:paraId="1C16DBF6" w14:textId="77777777" w:rsidR="00F92F3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Labour Day</w:t>
            </w:r>
          </w:p>
          <w:p w14:paraId="568C9F12" w14:textId="77777777" w:rsidR="00F92F3A" w:rsidRDefault="009E7391">
            <w:r>
              <w:t>NO NETBALL</w:t>
            </w:r>
          </w:p>
          <w:p w14:paraId="01C66FB3" w14:textId="77777777" w:rsidR="009E7391" w:rsidRDefault="009E7391">
            <w:r>
              <w:t xml:space="preserve">LADIES OR </w:t>
            </w:r>
          </w:p>
          <w:p w14:paraId="340130EE" w14:textId="714BD81B" w:rsidR="009E7391" w:rsidRDefault="009E7391">
            <w:r>
              <w:t>NETTA</w:t>
            </w:r>
          </w:p>
        </w:tc>
        <w:tc>
          <w:tcPr>
            <w:tcW w:w="2038" w:type="dxa"/>
          </w:tcPr>
          <w:p w14:paraId="2CBEECA9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  <w:p w14:paraId="3389CCD6" w14:textId="77777777" w:rsidR="00F92F3A" w:rsidRDefault="00000000">
            <w:r>
              <w:t>Juniors – Round 3</w:t>
            </w:r>
          </w:p>
        </w:tc>
        <w:tc>
          <w:tcPr>
            <w:tcW w:w="2038" w:type="dxa"/>
          </w:tcPr>
          <w:p w14:paraId="4884057C" w14:textId="77777777" w:rsidR="00F92F3A" w:rsidRDefault="00000000">
            <w:r>
              <w:rPr>
                <w:b/>
                <w:bCs/>
              </w:rPr>
              <w:t>6</w:t>
            </w:r>
          </w:p>
        </w:tc>
        <w:tc>
          <w:tcPr>
            <w:tcW w:w="2038" w:type="dxa"/>
          </w:tcPr>
          <w:p w14:paraId="0BD3346D" w14:textId="77777777" w:rsidR="00F92F3A" w:rsidRDefault="00000000">
            <w:r>
              <w:rPr>
                <w:b/>
                <w:bCs/>
              </w:rPr>
              <w:t>7</w:t>
            </w:r>
          </w:p>
        </w:tc>
        <w:tc>
          <w:tcPr>
            <w:tcW w:w="2038" w:type="dxa"/>
          </w:tcPr>
          <w:p w14:paraId="408EECED" w14:textId="77777777" w:rsidR="00F92F3A" w:rsidRDefault="00000000">
            <w:r>
              <w:rPr>
                <w:b/>
                <w:bCs/>
              </w:rPr>
              <w:t>8</w:t>
            </w:r>
          </w:p>
        </w:tc>
        <w:tc>
          <w:tcPr>
            <w:tcW w:w="2038" w:type="dxa"/>
          </w:tcPr>
          <w:p w14:paraId="462403D5" w14:textId="77777777" w:rsidR="00F92F3A" w:rsidRDefault="00000000">
            <w:r>
              <w:rPr>
                <w:b/>
                <w:bCs/>
              </w:rPr>
              <w:t>9</w:t>
            </w:r>
          </w:p>
        </w:tc>
        <w:tc>
          <w:tcPr>
            <w:tcW w:w="2038" w:type="dxa"/>
          </w:tcPr>
          <w:p w14:paraId="6EB3E402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  <w:p w14:paraId="063F1492" w14:textId="77777777" w:rsidR="00F92F3A" w:rsidRDefault="00000000">
            <w:r>
              <w:rPr>
                <w:b/>
                <w:bCs/>
              </w:rPr>
              <w:t>Rep Training</w:t>
            </w:r>
          </w:p>
        </w:tc>
      </w:tr>
      <w:tr w:rsidR="00F92F3A" w14:paraId="30BFAA3E" w14:textId="77777777">
        <w:trPr>
          <w:trHeight w:val="1865"/>
        </w:trPr>
        <w:tc>
          <w:tcPr>
            <w:tcW w:w="2038" w:type="dxa"/>
          </w:tcPr>
          <w:p w14:paraId="7CEA9D85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  <w:p w14:paraId="4FA9F293" w14:textId="77777777" w:rsidR="00F92F3A" w:rsidRDefault="00000000">
            <w:r>
              <w:t>Ladies/Mixed – Round 3</w:t>
            </w:r>
          </w:p>
        </w:tc>
        <w:tc>
          <w:tcPr>
            <w:tcW w:w="2038" w:type="dxa"/>
          </w:tcPr>
          <w:p w14:paraId="45CBC399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  <w:p w14:paraId="351BA863" w14:textId="77777777" w:rsidR="00F92F3A" w:rsidRDefault="00000000">
            <w:r>
              <w:t>Juniors – Round 4</w:t>
            </w:r>
          </w:p>
        </w:tc>
        <w:tc>
          <w:tcPr>
            <w:tcW w:w="2038" w:type="dxa"/>
          </w:tcPr>
          <w:p w14:paraId="0117B5B6" w14:textId="77777777" w:rsidR="00F92F3A" w:rsidRDefault="00000000">
            <w:r>
              <w:rPr>
                <w:b/>
                <w:bCs/>
              </w:rPr>
              <w:t>13</w:t>
            </w:r>
          </w:p>
        </w:tc>
        <w:tc>
          <w:tcPr>
            <w:tcW w:w="2038" w:type="dxa"/>
          </w:tcPr>
          <w:p w14:paraId="54649C51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  <w:p w14:paraId="15D81368" w14:textId="77777777" w:rsidR="009E7391" w:rsidRDefault="009E7391">
            <w:pPr>
              <w:rPr>
                <w:b/>
                <w:bCs/>
              </w:rPr>
            </w:pPr>
          </w:p>
          <w:p w14:paraId="05A2AF22" w14:textId="77777777" w:rsidR="009E7391" w:rsidRDefault="009E7391"/>
        </w:tc>
        <w:tc>
          <w:tcPr>
            <w:tcW w:w="2038" w:type="dxa"/>
          </w:tcPr>
          <w:p w14:paraId="4D255EAE" w14:textId="77777777" w:rsidR="00F92F3A" w:rsidRDefault="00000000">
            <w:r>
              <w:rPr>
                <w:b/>
                <w:bCs/>
              </w:rPr>
              <w:t>15</w:t>
            </w:r>
          </w:p>
        </w:tc>
        <w:tc>
          <w:tcPr>
            <w:tcW w:w="2038" w:type="dxa"/>
          </w:tcPr>
          <w:p w14:paraId="2DAE0872" w14:textId="77777777" w:rsidR="00F92F3A" w:rsidRDefault="00000000">
            <w:r>
              <w:rPr>
                <w:b/>
                <w:bCs/>
              </w:rPr>
              <w:t>16</w:t>
            </w:r>
          </w:p>
        </w:tc>
        <w:tc>
          <w:tcPr>
            <w:tcW w:w="2038" w:type="dxa"/>
          </w:tcPr>
          <w:p w14:paraId="0886BFBB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  <w:p w14:paraId="347612E5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Rep Training</w:t>
            </w:r>
          </w:p>
        </w:tc>
      </w:tr>
      <w:tr w:rsidR="00F92F3A" w14:paraId="1D3D57E6" w14:textId="77777777">
        <w:trPr>
          <w:trHeight w:val="1865"/>
        </w:trPr>
        <w:tc>
          <w:tcPr>
            <w:tcW w:w="2038" w:type="dxa"/>
          </w:tcPr>
          <w:p w14:paraId="43F2D833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  <w:p w14:paraId="565D07E6" w14:textId="77777777" w:rsidR="00F92F3A" w:rsidRDefault="00000000">
            <w:r>
              <w:t>Ladies/Mixed – Round 4</w:t>
            </w:r>
          </w:p>
        </w:tc>
        <w:tc>
          <w:tcPr>
            <w:tcW w:w="2038" w:type="dxa"/>
          </w:tcPr>
          <w:p w14:paraId="4A04E78F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  <w:p w14:paraId="39342D18" w14:textId="77777777" w:rsidR="00F92F3A" w:rsidRDefault="00000000">
            <w:r>
              <w:t>Juniors – Round 5</w:t>
            </w:r>
          </w:p>
        </w:tc>
        <w:tc>
          <w:tcPr>
            <w:tcW w:w="2038" w:type="dxa"/>
          </w:tcPr>
          <w:p w14:paraId="21B2CAE3" w14:textId="77777777" w:rsidR="00F92F3A" w:rsidRDefault="00000000">
            <w:r>
              <w:rPr>
                <w:b/>
                <w:bCs/>
              </w:rPr>
              <w:t>20</w:t>
            </w:r>
          </w:p>
        </w:tc>
        <w:tc>
          <w:tcPr>
            <w:tcW w:w="2038" w:type="dxa"/>
          </w:tcPr>
          <w:p w14:paraId="631E1FC8" w14:textId="77777777" w:rsidR="00F92F3A" w:rsidRDefault="00000000">
            <w:r>
              <w:rPr>
                <w:b/>
                <w:bCs/>
              </w:rPr>
              <w:t>21</w:t>
            </w:r>
          </w:p>
        </w:tc>
        <w:tc>
          <w:tcPr>
            <w:tcW w:w="2038" w:type="dxa"/>
          </w:tcPr>
          <w:p w14:paraId="15B63A23" w14:textId="77777777" w:rsidR="00F92F3A" w:rsidRDefault="00000000">
            <w:r>
              <w:rPr>
                <w:b/>
                <w:bCs/>
              </w:rPr>
              <w:t>22</w:t>
            </w:r>
          </w:p>
        </w:tc>
        <w:tc>
          <w:tcPr>
            <w:tcW w:w="2038" w:type="dxa"/>
          </w:tcPr>
          <w:p w14:paraId="0AE11B92" w14:textId="77777777" w:rsidR="00F92F3A" w:rsidRDefault="00000000">
            <w:r>
              <w:rPr>
                <w:b/>
                <w:bCs/>
              </w:rPr>
              <w:t>23</w:t>
            </w:r>
          </w:p>
        </w:tc>
        <w:tc>
          <w:tcPr>
            <w:tcW w:w="2038" w:type="dxa"/>
          </w:tcPr>
          <w:p w14:paraId="78EB751F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  <w:p w14:paraId="7BF9123B" w14:textId="77777777" w:rsidR="00F92F3A" w:rsidRDefault="00000000">
            <w:r>
              <w:rPr>
                <w:b/>
                <w:bCs/>
              </w:rPr>
              <w:t>Rep Training</w:t>
            </w:r>
          </w:p>
        </w:tc>
      </w:tr>
      <w:tr w:rsidR="00F92F3A" w14:paraId="00BB76AB" w14:textId="77777777">
        <w:trPr>
          <w:trHeight w:val="2007"/>
        </w:trPr>
        <w:tc>
          <w:tcPr>
            <w:tcW w:w="2038" w:type="dxa"/>
          </w:tcPr>
          <w:p w14:paraId="5561CCC6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  <w:p w14:paraId="23F9A6F1" w14:textId="77777777" w:rsidR="00F92F3A" w:rsidRDefault="00000000">
            <w:r>
              <w:t>Ladies/Mixed – Round 5</w:t>
            </w:r>
          </w:p>
        </w:tc>
        <w:tc>
          <w:tcPr>
            <w:tcW w:w="2038" w:type="dxa"/>
          </w:tcPr>
          <w:p w14:paraId="3B862B51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  <w:p w14:paraId="25388C02" w14:textId="77777777" w:rsidR="00F92F3A" w:rsidRDefault="00000000">
            <w:r>
              <w:t>Juniors – Round 6</w:t>
            </w:r>
          </w:p>
        </w:tc>
        <w:tc>
          <w:tcPr>
            <w:tcW w:w="2038" w:type="dxa"/>
          </w:tcPr>
          <w:p w14:paraId="00C18713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  <w:p w14:paraId="71214AA8" w14:textId="77777777" w:rsidR="009E7391" w:rsidRPr="009E7391" w:rsidRDefault="009E7391">
            <w:pPr>
              <w:rPr>
                <w:b/>
                <w:bCs/>
                <w:color w:val="EE0000"/>
              </w:rPr>
            </w:pPr>
          </w:p>
          <w:p w14:paraId="25770D89" w14:textId="77777777" w:rsidR="009E7391" w:rsidRDefault="009E7391">
            <w:pPr>
              <w:rPr>
                <w:b/>
                <w:bCs/>
                <w:color w:val="EE0000"/>
              </w:rPr>
            </w:pPr>
            <w:r w:rsidRPr="009E7391">
              <w:rPr>
                <w:b/>
                <w:bCs/>
                <w:color w:val="EE0000"/>
              </w:rPr>
              <w:t>BOYS GALA DAY</w:t>
            </w:r>
          </w:p>
          <w:p w14:paraId="055FEA71" w14:textId="6AEBE5BB" w:rsidR="009E7391" w:rsidRDefault="009E7391">
            <w:r>
              <w:rPr>
                <w:b/>
                <w:bCs/>
                <w:color w:val="EE0000"/>
              </w:rPr>
              <w:t>3PM ??</w:t>
            </w:r>
          </w:p>
        </w:tc>
        <w:tc>
          <w:tcPr>
            <w:tcW w:w="2038" w:type="dxa"/>
          </w:tcPr>
          <w:p w14:paraId="4BB1AFFD" w14:textId="77777777" w:rsidR="00F92F3A" w:rsidRDefault="00000000">
            <w:r>
              <w:rPr>
                <w:b/>
                <w:bCs/>
              </w:rPr>
              <w:t>28</w:t>
            </w:r>
          </w:p>
        </w:tc>
        <w:tc>
          <w:tcPr>
            <w:tcW w:w="2038" w:type="dxa"/>
          </w:tcPr>
          <w:p w14:paraId="7AB96CED" w14:textId="77777777" w:rsidR="00F92F3A" w:rsidRDefault="00000000">
            <w:r>
              <w:rPr>
                <w:b/>
                <w:bCs/>
              </w:rPr>
              <w:t>29</w:t>
            </w:r>
          </w:p>
        </w:tc>
        <w:tc>
          <w:tcPr>
            <w:tcW w:w="2038" w:type="dxa"/>
          </w:tcPr>
          <w:p w14:paraId="3694AF24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  <w:p w14:paraId="010FD96A" w14:textId="77777777" w:rsidR="00F92F3A" w:rsidRDefault="00F92F3A"/>
          <w:p w14:paraId="5814691C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CCJNC – Noms open (24hours)</w:t>
            </w:r>
          </w:p>
        </w:tc>
        <w:tc>
          <w:tcPr>
            <w:tcW w:w="2038" w:type="dxa"/>
          </w:tcPr>
          <w:p w14:paraId="22113A75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  <w:p w14:paraId="09FC4CEF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Rep Training</w:t>
            </w:r>
          </w:p>
          <w:p w14:paraId="2F2029AB" w14:textId="77777777" w:rsidR="00F92F3A" w:rsidRDefault="00F92F3A">
            <w:pPr>
              <w:rPr>
                <w:b/>
                <w:bCs/>
              </w:rPr>
            </w:pPr>
          </w:p>
          <w:p w14:paraId="7FEB4B7A" w14:textId="77777777" w:rsidR="00F92F3A" w:rsidRDefault="00F92F3A"/>
        </w:tc>
      </w:tr>
    </w:tbl>
    <w:p w14:paraId="32C42E9A" w14:textId="77777777" w:rsidR="00F92F3A" w:rsidRDefault="00000000">
      <w:r>
        <w:br w:type="page"/>
      </w:r>
    </w:p>
    <w:p w14:paraId="2B3C916E" w14:textId="77777777" w:rsidR="00F92F3A" w:rsidRDefault="00000000">
      <w:pPr>
        <w:pStyle w:val="Heading1"/>
        <w:jc w:val="center"/>
      </w:pPr>
      <w:r>
        <w:lastRenderedPageBreak/>
        <w:t>June 2026</w:t>
      </w:r>
    </w:p>
    <w:tbl>
      <w:tblPr>
        <w:tblStyle w:val="a7"/>
        <w:tblW w:w="14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35"/>
        <w:gridCol w:w="2035"/>
        <w:gridCol w:w="2035"/>
        <w:gridCol w:w="2035"/>
        <w:gridCol w:w="2035"/>
        <w:gridCol w:w="2035"/>
        <w:gridCol w:w="2035"/>
      </w:tblGrid>
      <w:tr w:rsidR="00F92F3A" w14:paraId="6157CFD0" w14:textId="77777777">
        <w:trPr>
          <w:trHeight w:val="443"/>
        </w:trPr>
        <w:tc>
          <w:tcPr>
            <w:tcW w:w="2035" w:type="dxa"/>
          </w:tcPr>
          <w:p w14:paraId="4DA3F2E1" w14:textId="77777777" w:rsidR="00F92F3A" w:rsidRDefault="00000000">
            <w:pPr>
              <w:jc w:val="center"/>
            </w:pPr>
            <w:r>
              <w:rPr>
                <w:b/>
                <w:bCs/>
              </w:rPr>
              <w:t>Mon</w:t>
            </w:r>
          </w:p>
        </w:tc>
        <w:tc>
          <w:tcPr>
            <w:tcW w:w="2035" w:type="dxa"/>
          </w:tcPr>
          <w:p w14:paraId="25A96FA1" w14:textId="77777777" w:rsidR="00F92F3A" w:rsidRDefault="00000000">
            <w:pPr>
              <w:jc w:val="center"/>
            </w:pPr>
            <w:r>
              <w:rPr>
                <w:b/>
                <w:bCs/>
              </w:rPr>
              <w:t>Tue</w:t>
            </w:r>
          </w:p>
        </w:tc>
        <w:tc>
          <w:tcPr>
            <w:tcW w:w="2035" w:type="dxa"/>
          </w:tcPr>
          <w:p w14:paraId="702C3306" w14:textId="77777777" w:rsidR="00F92F3A" w:rsidRDefault="00000000">
            <w:pPr>
              <w:jc w:val="center"/>
            </w:pPr>
            <w:r>
              <w:rPr>
                <w:b/>
                <w:bCs/>
              </w:rPr>
              <w:t>Wed</w:t>
            </w:r>
          </w:p>
        </w:tc>
        <w:tc>
          <w:tcPr>
            <w:tcW w:w="2035" w:type="dxa"/>
          </w:tcPr>
          <w:p w14:paraId="6AAE6E94" w14:textId="77777777" w:rsidR="00F92F3A" w:rsidRDefault="00000000">
            <w:pPr>
              <w:jc w:val="center"/>
            </w:pPr>
            <w:r>
              <w:rPr>
                <w:b/>
                <w:bCs/>
              </w:rPr>
              <w:t>Thu</w:t>
            </w:r>
          </w:p>
        </w:tc>
        <w:tc>
          <w:tcPr>
            <w:tcW w:w="2035" w:type="dxa"/>
          </w:tcPr>
          <w:p w14:paraId="40D51848" w14:textId="77777777" w:rsidR="00F92F3A" w:rsidRDefault="00000000">
            <w:pPr>
              <w:jc w:val="center"/>
            </w:pPr>
            <w:r>
              <w:rPr>
                <w:b/>
                <w:bCs/>
              </w:rPr>
              <w:t>Fri</w:t>
            </w:r>
          </w:p>
        </w:tc>
        <w:tc>
          <w:tcPr>
            <w:tcW w:w="2035" w:type="dxa"/>
          </w:tcPr>
          <w:p w14:paraId="4A1146F1" w14:textId="77777777" w:rsidR="00F92F3A" w:rsidRDefault="00000000">
            <w:pPr>
              <w:jc w:val="center"/>
            </w:pPr>
            <w:r>
              <w:rPr>
                <w:b/>
                <w:bCs/>
              </w:rPr>
              <w:t>Sat</w:t>
            </w:r>
          </w:p>
        </w:tc>
        <w:tc>
          <w:tcPr>
            <w:tcW w:w="2035" w:type="dxa"/>
          </w:tcPr>
          <w:p w14:paraId="13DB5BA7" w14:textId="77777777" w:rsidR="00F92F3A" w:rsidRDefault="00000000">
            <w:pPr>
              <w:jc w:val="center"/>
            </w:pPr>
            <w:r>
              <w:rPr>
                <w:b/>
                <w:bCs/>
              </w:rPr>
              <w:t>Sun</w:t>
            </w:r>
          </w:p>
        </w:tc>
      </w:tr>
      <w:tr w:rsidR="00F92F3A" w14:paraId="1E1914B1" w14:textId="77777777">
        <w:trPr>
          <w:trHeight w:val="1841"/>
        </w:trPr>
        <w:tc>
          <w:tcPr>
            <w:tcW w:w="2035" w:type="dxa"/>
          </w:tcPr>
          <w:p w14:paraId="00CC369C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  <w:p w14:paraId="35579C32" w14:textId="77777777" w:rsidR="00F92F3A" w:rsidRDefault="00000000">
            <w:r>
              <w:t>Ladies/Mixed – Round 6</w:t>
            </w:r>
          </w:p>
          <w:p w14:paraId="7D0FF35E" w14:textId="77777777" w:rsidR="00F92F3A" w:rsidRDefault="00F92F3A"/>
          <w:p w14:paraId="127B7F4E" w14:textId="70E9BB0B" w:rsidR="009E7391" w:rsidRPr="009E7391" w:rsidRDefault="009E7391">
            <w:pPr>
              <w:rPr>
                <w:b/>
                <w:bCs/>
                <w:color w:val="EE0000"/>
              </w:rPr>
            </w:pPr>
            <w:r w:rsidRPr="009E7391">
              <w:rPr>
                <w:b/>
                <w:bCs/>
                <w:color w:val="EE0000"/>
              </w:rPr>
              <w:t>VICKI WILSON</w:t>
            </w:r>
          </w:p>
          <w:p w14:paraId="67F8543F" w14:textId="77777777" w:rsidR="00F92F3A" w:rsidRDefault="00F92F3A"/>
        </w:tc>
        <w:tc>
          <w:tcPr>
            <w:tcW w:w="2035" w:type="dxa"/>
          </w:tcPr>
          <w:p w14:paraId="3CC4D71E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  <w:p w14:paraId="667D78C1" w14:textId="77777777" w:rsidR="00F92F3A" w:rsidRDefault="00000000">
            <w:r>
              <w:t>Juniors – Round 7</w:t>
            </w:r>
          </w:p>
        </w:tc>
        <w:tc>
          <w:tcPr>
            <w:tcW w:w="2035" w:type="dxa"/>
          </w:tcPr>
          <w:p w14:paraId="768E82AA" w14:textId="77777777" w:rsidR="00F92F3A" w:rsidRDefault="00000000">
            <w:r>
              <w:rPr>
                <w:b/>
                <w:bCs/>
              </w:rPr>
              <w:t>3</w:t>
            </w:r>
          </w:p>
        </w:tc>
        <w:tc>
          <w:tcPr>
            <w:tcW w:w="2035" w:type="dxa"/>
          </w:tcPr>
          <w:p w14:paraId="5437ABF1" w14:textId="77777777" w:rsidR="00F92F3A" w:rsidRDefault="00000000">
            <w:r>
              <w:rPr>
                <w:b/>
                <w:bCs/>
              </w:rPr>
              <w:t>4</w:t>
            </w:r>
          </w:p>
        </w:tc>
        <w:tc>
          <w:tcPr>
            <w:tcW w:w="2035" w:type="dxa"/>
          </w:tcPr>
          <w:p w14:paraId="76CC23E0" w14:textId="77777777" w:rsidR="00F92F3A" w:rsidRDefault="00000000">
            <w:r>
              <w:rPr>
                <w:b/>
                <w:bCs/>
              </w:rPr>
              <w:t>5</w:t>
            </w:r>
          </w:p>
        </w:tc>
        <w:tc>
          <w:tcPr>
            <w:tcW w:w="2035" w:type="dxa"/>
          </w:tcPr>
          <w:p w14:paraId="108934B9" w14:textId="77777777" w:rsidR="00F92F3A" w:rsidRDefault="00000000">
            <w:r>
              <w:rPr>
                <w:b/>
                <w:bCs/>
              </w:rPr>
              <w:t>6</w:t>
            </w:r>
          </w:p>
        </w:tc>
        <w:tc>
          <w:tcPr>
            <w:tcW w:w="2035" w:type="dxa"/>
          </w:tcPr>
          <w:p w14:paraId="7AB869DB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  <w:p w14:paraId="0FC1EFCC" w14:textId="77777777" w:rsidR="00F92F3A" w:rsidRDefault="00000000">
            <w:r>
              <w:rPr>
                <w:b/>
                <w:bCs/>
              </w:rPr>
              <w:t>Rep Training</w:t>
            </w:r>
          </w:p>
        </w:tc>
      </w:tr>
      <w:tr w:rsidR="00F92F3A" w14:paraId="23AF9E89" w14:textId="77777777">
        <w:trPr>
          <w:trHeight w:val="1981"/>
        </w:trPr>
        <w:tc>
          <w:tcPr>
            <w:tcW w:w="2035" w:type="dxa"/>
          </w:tcPr>
          <w:p w14:paraId="433B8AE4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  <w:p w14:paraId="5E4C1655" w14:textId="77777777" w:rsidR="00F92F3A" w:rsidRDefault="00000000">
            <w:r>
              <w:t>Ladies/Mixed – Round 7</w:t>
            </w:r>
          </w:p>
        </w:tc>
        <w:tc>
          <w:tcPr>
            <w:tcW w:w="2035" w:type="dxa"/>
          </w:tcPr>
          <w:p w14:paraId="28019BFD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  <w:p w14:paraId="60C9FBF8" w14:textId="77777777" w:rsidR="00F92F3A" w:rsidRDefault="00000000">
            <w:r>
              <w:t>Juniors – Round 8</w:t>
            </w:r>
          </w:p>
        </w:tc>
        <w:tc>
          <w:tcPr>
            <w:tcW w:w="2035" w:type="dxa"/>
          </w:tcPr>
          <w:p w14:paraId="3FD448BD" w14:textId="77777777" w:rsidR="00F92F3A" w:rsidRDefault="00000000">
            <w:r>
              <w:rPr>
                <w:b/>
                <w:bCs/>
              </w:rPr>
              <w:t>10</w:t>
            </w:r>
          </w:p>
        </w:tc>
        <w:tc>
          <w:tcPr>
            <w:tcW w:w="2035" w:type="dxa"/>
          </w:tcPr>
          <w:p w14:paraId="4DF746DD" w14:textId="77777777" w:rsidR="00F92F3A" w:rsidRDefault="00000000">
            <w:r>
              <w:rPr>
                <w:b/>
                <w:bCs/>
              </w:rPr>
              <w:t>11</w:t>
            </w:r>
          </w:p>
        </w:tc>
        <w:tc>
          <w:tcPr>
            <w:tcW w:w="2035" w:type="dxa"/>
          </w:tcPr>
          <w:p w14:paraId="22665BB6" w14:textId="77777777" w:rsidR="00F92F3A" w:rsidRDefault="00000000">
            <w:r>
              <w:rPr>
                <w:b/>
                <w:bCs/>
              </w:rPr>
              <w:t>12</w:t>
            </w:r>
          </w:p>
        </w:tc>
        <w:tc>
          <w:tcPr>
            <w:tcW w:w="2035" w:type="dxa"/>
          </w:tcPr>
          <w:p w14:paraId="4BD91D46" w14:textId="77777777" w:rsidR="00F92F3A" w:rsidRDefault="00000000">
            <w:r>
              <w:rPr>
                <w:b/>
                <w:bCs/>
              </w:rPr>
              <w:t>13</w:t>
            </w:r>
          </w:p>
        </w:tc>
        <w:tc>
          <w:tcPr>
            <w:tcW w:w="2035" w:type="dxa"/>
          </w:tcPr>
          <w:p w14:paraId="6344DD32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  <w:p w14:paraId="63E6AE0A" w14:textId="77777777" w:rsidR="00F92F3A" w:rsidRDefault="00000000">
            <w:r>
              <w:rPr>
                <w:b/>
                <w:bCs/>
              </w:rPr>
              <w:t>Rep Training</w:t>
            </w:r>
          </w:p>
        </w:tc>
      </w:tr>
      <w:tr w:rsidR="00F92F3A" w14:paraId="1612A0DB" w14:textId="77777777">
        <w:trPr>
          <w:trHeight w:val="1841"/>
        </w:trPr>
        <w:tc>
          <w:tcPr>
            <w:tcW w:w="2035" w:type="dxa"/>
          </w:tcPr>
          <w:p w14:paraId="2361ACA3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  <w:p w14:paraId="7528ABE6" w14:textId="77777777" w:rsidR="00F92F3A" w:rsidRDefault="00000000">
            <w:r>
              <w:t>Ladies/Mixed – Round 8</w:t>
            </w:r>
          </w:p>
        </w:tc>
        <w:tc>
          <w:tcPr>
            <w:tcW w:w="2035" w:type="dxa"/>
          </w:tcPr>
          <w:p w14:paraId="259F8B57" w14:textId="6D44BA55" w:rsidR="00FE5BCF" w:rsidRDefault="00000000">
            <w:r>
              <w:rPr>
                <w:b/>
                <w:bCs/>
              </w:rPr>
              <w:t>1</w:t>
            </w:r>
            <w:r w:rsidR="00FE5BCF">
              <w:rPr>
                <w:b/>
                <w:bCs/>
              </w:rPr>
              <w:t>6</w:t>
            </w:r>
            <w:r>
              <w:t xml:space="preserve"> </w:t>
            </w:r>
          </w:p>
          <w:p w14:paraId="345789B8" w14:textId="041E9DFC" w:rsidR="00F92F3A" w:rsidRDefault="00000000">
            <w:r>
              <w:t>Juniors – Round 9</w:t>
            </w:r>
          </w:p>
        </w:tc>
        <w:tc>
          <w:tcPr>
            <w:tcW w:w="2035" w:type="dxa"/>
          </w:tcPr>
          <w:p w14:paraId="1D4B38BA" w14:textId="77777777" w:rsidR="00F92F3A" w:rsidRDefault="00000000">
            <w:r>
              <w:rPr>
                <w:b/>
                <w:bCs/>
              </w:rPr>
              <w:t>17</w:t>
            </w:r>
          </w:p>
        </w:tc>
        <w:tc>
          <w:tcPr>
            <w:tcW w:w="2035" w:type="dxa"/>
          </w:tcPr>
          <w:p w14:paraId="69CC0C16" w14:textId="77777777" w:rsidR="00F92F3A" w:rsidRDefault="00000000">
            <w:r>
              <w:rPr>
                <w:b/>
                <w:bCs/>
              </w:rPr>
              <w:t>18</w:t>
            </w:r>
          </w:p>
        </w:tc>
        <w:tc>
          <w:tcPr>
            <w:tcW w:w="2035" w:type="dxa"/>
          </w:tcPr>
          <w:p w14:paraId="53F8A3FF" w14:textId="77777777" w:rsidR="00F92F3A" w:rsidRDefault="00000000">
            <w:r>
              <w:rPr>
                <w:b/>
                <w:bCs/>
              </w:rPr>
              <w:t>19</w:t>
            </w:r>
          </w:p>
        </w:tc>
        <w:tc>
          <w:tcPr>
            <w:tcW w:w="2035" w:type="dxa"/>
          </w:tcPr>
          <w:p w14:paraId="04B85F15" w14:textId="77777777" w:rsidR="00F92F3A" w:rsidRDefault="00000000">
            <w:r>
              <w:rPr>
                <w:b/>
                <w:bCs/>
              </w:rPr>
              <w:t>20</w:t>
            </w:r>
          </w:p>
        </w:tc>
        <w:tc>
          <w:tcPr>
            <w:tcW w:w="2035" w:type="dxa"/>
          </w:tcPr>
          <w:p w14:paraId="30245C41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  <w:p w14:paraId="7DF40938" w14:textId="77777777" w:rsidR="00F92F3A" w:rsidRDefault="00000000">
            <w:r>
              <w:rPr>
                <w:b/>
                <w:bCs/>
              </w:rPr>
              <w:t>Rep Training</w:t>
            </w:r>
          </w:p>
        </w:tc>
      </w:tr>
      <w:tr w:rsidR="00F92F3A" w14:paraId="0420F4FD" w14:textId="77777777">
        <w:trPr>
          <w:trHeight w:val="1841"/>
        </w:trPr>
        <w:tc>
          <w:tcPr>
            <w:tcW w:w="2035" w:type="dxa"/>
          </w:tcPr>
          <w:p w14:paraId="4427FDC9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  <w:p w14:paraId="63B1C09B" w14:textId="01C61B6C" w:rsidR="009E7391" w:rsidRDefault="009E7391">
            <w:r>
              <w:t>Ladies/Mixed – Round 9</w:t>
            </w:r>
          </w:p>
        </w:tc>
        <w:tc>
          <w:tcPr>
            <w:tcW w:w="2035" w:type="dxa"/>
          </w:tcPr>
          <w:p w14:paraId="3536EC5A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  <w:p w14:paraId="1715FDB5" w14:textId="77777777" w:rsidR="00F92F3A" w:rsidRDefault="00000000">
            <w:r>
              <w:t>Juniors – Round 10</w:t>
            </w:r>
          </w:p>
        </w:tc>
        <w:tc>
          <w:tcPr>
            <w:tcW w:w="2035" w:type="dxa"/>
          </w:tcPr>
          <w:p w14:paraId="41B2C765" w14:textId="77777777" w:rsidR="00F92F3A" w:rsidRDefault="00000000">
            <w:r>
              <w:rPr>
                <w:b/>
                <w:bCs/>
              </w:rPr>
              <w:t>24</w:t>
            </w:r>
          </w:p>
        </w:tc>
        <w:tc>
          <w:tcPr>
            <w:tcW w:w="2035" w:type="dxa"/>
          </w:tcPr>
          <w:p w14:paraId="029841D7" w14:textId="77777777" w:rsidR="00F92F3A" w:rsidRDefault="00000000">
            <w:r>
              <w:rPr>
                <w:b/>
                <w:bCs/>
              </w:rPr>
              <w:t>25</w:t>
            </w:r>
          </w:p>
        </w:tc>
        <w:tc>
          <w:tcPr>
            <w:tcW w:w="2035" w:type="dxa"/>
          </w:tcPr>
          <w:p w14:paraId="262287E9" w14:textId="77777777" w:rsidR="00F92F3A" w:rsidRDefault="00000000">
            <w:r>
              <w:rPr>
                <w:b/>
                <w:bCs/>
              </w:rPr>
              <w:t>26</w:t>
            </w:r>
          </w:p>
        </w:tc>
        <w:tc>
          <w:tcPr>
            <w:tcW w:w="2035" w:type="dxa"/>
            <w:shd w:val="clear" w:color="auto" w:fill="FFF2CC"/>
          </w:tcPr>
          <w:p w14:paraId="15C4AEF8" w14:textId="77777777" w:rsidR="00F92F3A" w:rsidRDefault="00000000">
            <w:r>
              <w:rPr>
                <w:b/>
                <w:bCs/>
              </w:rPr>
              <w:t>27</w:t>
            </w:r>
          </w:p>
        </w:tc>
        <w:tc>
          <w:tcPr>
            <w:tcW w:w="2035" w:type="dxa"/>
            <w:shd w:val="clear" w:color="auto" w:fill="FFF2CC"/>
          </w:tcPr>
          <w:p w14:paraId="357928DA" w14:textId="77777777" w:rsidR="00F92F3A" w:rsidRDefault="00000000">
            <w:r>
              <w:rPr>
                <w:b/>
                <w:bCs/>
              </w:rPr>
              <w:t>28</w:t>
            </w:r>
          </w:p>
        </w:tc>
      </w:tr>
      <w:tr w:rsidR="00F92F3A" w14:paraId="6ABED3DF" w14:textId="77777777">
        <w:trPr>
          <w:trHeight w:val="1981"/>
        </w:trPr>
        <w:tc>
          <w:tcPr>
            <w:tcW w:w="2035" w:type="dxa"/>
            <w:shd w:val="clear" w:color="auto" w:fill="FFF2CC"/>
          </w:tcPr>
          <w:p w14:paraId="7F632D74" w14:textId="77777777" w:rsidR="00F92F3A" w:rsidRDefault="00000000">
            <w:r>
              <w:rPr>
                <w:b/>
                <w:bCs/>
              </w:rPr>
              <w:t>29</w:t>
            </w:r>
          </w:p>
        </w:tc>
        <w:tc>
          <w:tcPr>
            <w:tcW w:w="2035" w:type="dxa"/>
            <w:shd w:val="clear" w:color="auto" w:fill="FFF2CC"/>
          </w:tcPr>
          <w:p w14:paraId="1AD3A70A" w14:textId="77777777" w:rsidR="00F92F3A" w:rsidRDefault="00000000">
            <w:r>
              <w:rPr>
                <w:b/>
                <w:bCs/>
              </w:rPr>
              <w:t>30</w:t>
            </w:r>
          </w:p>
        </w:tc>
        <w:tc>
          <w:tcPr>
            <w:tcW w:w="2035" w:type="dxa"/>
          </w:tcPr>
          <w:p w14:paraId="44BBF3B0" w14:textId="77777777" w:rsidR="00F92F3A" w:rsidRDefault="00F92F3A"/>
        </w:tc>
        <w:tc>
          <w:tcPr>
            <w:tcW w:w="2035" w:type="dxa"/>
          </w:tcPr>
          <w:p w14:paraId="79808498" w14:textId="77777777" w:rsidR="00F92F3A" w:rsidRDefault="00F92F3A"/>
        </w:tc>
        <w:tc>
          <w:tcPr>
            <w:tcW w:w="2035" w:type="dxa"/>
          </w:tcPr>
          <w:p w14:paraId="526BBD5E" w14:textId="77777777" w:rsidR="00F92F3A" w:rsidRDefault="00F92F3A"/>
        </w:tc>
        <w:tc>
          <w:tcPr>
            <w:tcW w:w="2035" w:type="dxa"/>
          </w:tcPr>
          <w:p w14:paraId="0A4CAC9F" w14:textId="77777777" w:rsidR="00F92F3A" w:rsidRDefault="00F92F3A"/>
        </w:tc>
        <w:tc>
          <w:tcPr>
            <w:tcW w:w="2035" w:type="dxa"/>
          </w:tcPr>
          <w:p w14:paraId="3A8711B3" w14:textId="77777777" w:rsidR="00F92F3A" w:rsidRDefault="00F92F3A"/>
        </w:tc>
      </w:tr>
    </w:tbl>
    <w:p w14:paraId="35D2F5AB" w14:textId="77777777" w:rsidR="00F92F3A" w:rsidRDefault="00000000">
      <w:r>
        <w:br w:type="page"/>
      </w:r>
    </w:p>
    <w:p w14:paraId="79276AEC" w14:textId="77777777" w:rsidR="00F92F3A" w:rsidRDefault="00000000">
      <w:pPr>
        <w:pStyle w:val="Heading1"/>
        <w:jc w:val="center"/>
      </w:pPr>
      <w:r>
        <w:lastRenderedPageBreak/>
        <w:t>July 2026</w:t>
      </w:r>
    </w:p>
    <w:tbl>
      <w:tblPr>
        <w:tblStyle w:val="a8"/>
        <w:tblW w:w="14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49"/>
        <w:gridCol w:w="2049"/>
        <w:gridCol w:w="2049"/>
        <w:gridCol w:w="2049"/>
        <w:gridCol w:w="2049"/>
        <w:gridCol w:w="2049"/>
        <w:gridCol w:w="2049"/>
      </w:tblGrid>
      <w:tr w:rsidR="00F92F3A" w14:paraId="6A868A8B" w14:textId="77777777">
        <w:trPr>
          <w:trHeight w:val="443"/>
        </w:trPr>
        <w:tc>
          <w:tcPr>
            <w:tcW w:w="2049" w:type="dxa"/>
          </w:tcPr>
          <w:p w14:paraId="783DDCB6" w14:textId="77777777" w:rsidR="00F92F3A" w:rsidRDefault="00000000">
            <w:pPr>
              <w:jc w:val="center"/>
            </w:pPr>
            <w:r>
              <w:rPr>
                <w:b/>
                <w:bCs/>
              </w:rPr>
              <w:t>Mon</w:t>
            </w:r>
          </w:p>
        </w:tc>
        <w:tc>
          <w:tcPr>
            <w:tcW w:w="2049" w:type="dxa"/>
          </w:tcPr>
          <w:p w14:paraId="7849316B" w14:textId="77777777" w:rsidR="00F92F3A" w:rsidRDefault="00000000">
            <w:pPr>
              <w:jc w:val="center"/>
            </w:pPr>
            <w:r>
              <w:rPr>
                <w:b/>
                <w:bCs/>
              </w:rPr>
              <w:t>Tue</w:t>
            </w:r>
          </w:p>
        </w:tc>
        <w:tc>
          <w:tcPr>
            <w:tcW w:w="2049" w:type="dxa"/>
          </w:tcPr>
          <w:p w14:paraId="2AF9C717" w14:textId="77777777" w:rsidR="00F92F3A" w:rsidRDefault="00000000">
            <w:pPr>
              <w:jc w:val="center"/>
            </w:pPr>
            <w:r>
              <w:rPr>
                <w:b/>
                <w:bCs/>
              </w:rPr>
              <w:t>Wed</w:t>
            </w:r>
          </w:p>
        </w:tc>
        <w:tc>
          <w:tcPr>
            <w:tcW w:w="2049" w:type="dxa"/>
          </w:tcPr>
          <w:p w14:paraId="4B578284" w14:textId="77777777" w:rsidR="00F92F3A" w:rsidRDefault="00000000">
            <w:pPr>
              <w:jc w:val="center"/>
            </w:pPr>
            <w:r>
              <w:rPr>
                <w:b/>
                <w:bCs/>
              </w:rPr>
              <w:t>Thu</w:t>
            </w:r>
          </w:p>
        </w:tc>
        <w:tc>
          <w:tcPr>
            <w:tcW w:w="2049" w:type="dxa"/>
          </w:tcPr>
          <w:p w14:paraId="7736CE87" w14:textId="77777777" w:rsidR="00F92F3A" w:rsidRDefault="00000000">
            <w:pPr>
              <w:jc w:val="center"/>
            </w:pPr>
            <w:r>
              <w:rPr>
                <w:b/>
                <w:bCs/>
              </w:rPr>
              <w:t>Fri</w:t>
            </w:r>
          </w:p>
        </w:tc>
        <w:tc>
          <w:tcPr>
            <w:tcW w:w="2049" w:type="dxa"/>
          </w:tcPr>
          <w:p w14:paraId="0C9E0350" w14:textId="77777777" w:rsidR="00F92F3A" w:rsidRDefault="00000000">
            <w:pPr>
              <w:jc w:val="center"/>
            </w:pPr>
            <w:r>
              <w:rPr>
                <w:b/>
                <w:bCs/>
              </w:rPr>
              <w:t>Sat</w:t>
            </w:r>
          </w:p>
        </w:tc>
        <w:tc>
          <w:tcPr>
            <w:tcW w:w="2049" w:type="dxa"/>
          </w:tcPr>
          <w:p w14:paraId="24F1C7B1" w14:textId="77777777" w:rsidR="00F92F3A" w:rsidRDefault="00000000">
            <w:pPr>
              <w:jc w:val="center"/>
            </w:pPr>
            <w:r>
              <w:rPr>
                <w:b/>
                <w:bCs/>
              </w:rPr>
              <w:t>Sun</w:t>
            </w:r>
          </w:p>
        </w:tc>
      </w:tr>
      <w:tr w:rsidR="00F92F3A" w14:paraId="7D063B28" w14:textId="77777777">
        <w:trPr>
          <w:trHeight w:val="1869"/>
        </w:trPr>
        <w:tc>
          <w:tcPr>
            <w:tcW w:w="2049" w:type="dxa"/>
          </w:tcPr>
          <w:p w14:paraId="467DEE02" w14:textId="77777777" w:rsidR="00F92F3A" w:rsidRDefault="00F92F3A"/>
        </w:tc>
        <w:tc>
          <w:tcPr>
            <w:tcW w:w="2049" w:type="dxa"/>
          </w:tcPr>
          <w:p w14:paraId="682091B3" w14:textId="77777777" w:rsidR="00F92F3A" w:rsidRDefault="00F92F3A"/>
        </w:tc>
        <w:tc>
          <w:tcPr>
            <w:tcW w:w="2049" w:type="dxa"/>
            <w:shd w:val="clear" w:color="auto" w:fill="FFF2CC"/>
          </w:tcPr>
          <w:p w14:paraId="44826B1A" w14:textId="77777777" w:rsidR="00F92F3A" w:rsidRDefault="00000000">
            <w:r>
              <w:rPr>
                <w:b/>
                <w:bCs/>
              </w:rPr>
              <w:t>1</w:t>
            </w:r>
          </w:p>
        </w:tc>
        <w:tc>
          <w:tcPr>
            <w:tcW w:w="2049" w:type="dxa"/>
            <w:shd w:val="clear" w:color="auto" w:fill="FFF2CC"/>
          </w:tcPr>
          <w:p w14:paraId="5A538D93" w14:textId="77777777" w:rsidR="00F92F3A" w:rsidRDefault="00000000">
            <w:r>
              <w:rPr>
                <w:b/>
                <w:bCs/>
              </w:rPr>
              <w:t>2</w:t>
            </w:r>
          </w:p>
        </w:tc>
        <w:tc>
          <w:tcPr>
            <w:tcW w:w="2049" w:type="dxa"/>
            <w:shd w:val="clear" w:color="auto" w:fill="FFF2CC"/>
          </w:tcPr>
          <w:p w14:paraId="526B2508" w14:textId="77777777" w:rsidR="00F92F3A" w:rsidRDefault="00000000">
            <w:r>
              <w:rPr>
                <w:b/>
                <w:bCs/>
              </w:rPr>
              <w:t>3</w:t>
            </w:r>
          </w:p>
        </w:tc>
        <w:tc>
          <w:tcPr>
            <w:tcW w:w="2049" w:type="dxa"/>
            <w:shd w:val="clear" w:color="auto" w:fill="FFF2CC"/>
          </w:tcPr>
          <w:p w14:paraId="73787B92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  <w:p w14:paraId="70297DCE" w14:textId="77777777" w:rsidR="00F92F3A" w:rsidRDefault="00000000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JUNIOR STATE AGE</w:t>
            </w:r>
          </w:p>
          <w:p w14:paraId="02CC4C17" w14:textId="77777777" w:rsidR="00F92F3A" w:rsidRDefault="00000000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HINTERLANDS (GOLD COAST) (12-14YRS) </w:t>
            </w:r>
          </w:p>
        </w:tc>
        <w:tc>
          <w:tcPr>
            <w:tcW w:w="2049" w:type="dxa"/>
            <w:shd w:val="clear" w:color="auto" w:fill="FFF2CC"/>
          </w:tcPr>
          <w:p w14:paraId="728FB265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  <w:p w14:paraId="0DBBB4B3" w14:textId="77777777" w:rsidR="00F92F3A" w:rsidRDefault="00000000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JUNIOR STATE AGE</w:t>
            </w:r>
          </w:p>
          <w:p w14:paraId="750FDFB6" w14:textId="77777777" w:rsidR="00F92F3A" w:rsidRDefault="00000000">
            <w:r>
              <w:rPr>
                <w:b/>
                <w:bCs/>
                <w:i/>
                <w:iCs/>
              </w:rPr>
              <w:t>HINTERLANDS (GOLD COAST) (12-14YRS)</w:t>
            </w:r>
          </w:p>
        </w:tc>
      </w:tr>
      <w:tr w:rsidR="00F92F3A" w14:paraId="4C325D83" w14:textId="77777777">
        <w:trPr>
          <w:trHeight w:val="2011"/>
        </w:trPr>
        <w:tc>
          <w:tcPr>
            <w:tcW w:w="2049" w:type="dxa"/>
            <w:shd w:val="clear" w:color="auto" w:fill="FFF2CC"/>
          </w:tcPr>
          <w:p w14:paraId="7318590D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  <w:p w14:paraId="081D3ABE" w14:textId="77777777" w:rsidR="00F92F3A" w:rsidRDefault="00000000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JUNIOR STATE AGE</w:t>
            </w:r>
          </w:p>
          <w:p w14:paraId="6463379B" w14:textId="77777777" w:rsidR="00F92F3A" w:rsidRDefault="00000000">
            <w:r>
              <w:rPr>
                <w:b/>
                <w:bCs/>
                <w:i/>
                <w:iCs/>
              </w:rPr>
              <w:t>HINTERLANDS (GOLD COAST) (12-14YRS)</w:t>
            </w:r>
          </w:p>
        </w:tc>
        <w:tc>
          <w:tcPr>
            <w:tcW w:w="2049" w:type="dxa"/>
            <w:shd w:val="clear" w:color="auto" w:fill="FFF2CC"/>
          </w:tcPr>
          <w:p w14:paraId="4D591212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  <w:p w14:paraId="6D17116E" w14:textId="77777777" w:rsidR="00F92F3A" w:rsidRDefault="00000000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JUNIOR STATE AGE</w:t>
            </w:r>
          </w:p>
          <w:p w14:paraId="2904A173" w14:textId="77777777" w:rsidR="00F92F3A" w:rsidRDefault="00000000">
            <w:r>
              <w:rPr>
                <w:b/>
                <w:bCs/>
                <w:i/>
                <w:iCs/>
              </w:rPr>
              <w:t>HINTERLANDS (GOLD COAST) (12-14YRS)</w:t>
            </w:r>
          </w:p>
        </w:tc>
        <w:tc>
          <w:tcPr>
            <w:tcW w:w="2049" w:type="dxa"/>
            <w:shd w:val="clear" w:color="auto" w:fill="FFF2CC"/>
          </w:tcPr>
          <w:p w14:paraId="31B26F40" w14:textId="77777777" w:rsidR="00F92F3A" w:rsidRDefault="00000000">
            <w:r>
              <w:rPr>
                <w:b/>
                <w:bCs/>
              </w:rPr>
              <w:t>8</w:t>
            </w:r>
          </w:p>
        </w:tc>
        <w:tc>
          <w:tcPr>
            <w:tcW w:w="2049" w:type="dxa"/>
            <w:shd w:val="clear" w:color="auto" w:fill="FFF2CC"/>
          </w:tcPr>
          <w:p w14:paraId="2562C61D" w14:textId="77777777" w:rsidR="00F92F3A" w:rsidRDefault="00000000">
            <w:r>
              <w:rPr>
                <w:b/>
                <w:bCs/>
              </w:rPr>
              <w:t>9</w:t>
            </w:r>
          </w:p>
        </w:tc>
        <w:tc>
          <w:tcPr>
            <w:tcW w:w="2049" w:type="dxa"/>
            <w:shd w:val="clear" w:color="auto" w:fill="FFF2CC"/>
          </w:tcPr>
          <w:p w14:paraId="59571489" w14:textId="77777777" w:rsidR="00F92F3A" w:rsidRDefault="00000000">
            <w:r>
              <w:rPr>
                <w:b/>
                <w:bCs/>
              </w:rPr>
              <w:t>10</w:t>
            </w:r>
          </w:p>
        </w:tc>
        <w:tc>
          <w:tcPr>
            <w:tcW w:w="2049" w:type="dxa"/>
            <w:shd w:val="clear" w:color="auto" w:fill="FFF2CC"/>
          </w:tcPr>
          <w:p w14:paraId="7CBBA8FA" w14:textId="77777777" w:rsidR="00F92F3A" w:rsidRDefault="00000000">
            <w:r>
              <w:rPr>
                <w:b/>
                <w:bCs/>
              </w:rPr>
              <w:t>11</w:t>
            </w:r>
          </w:p>
        </w:tc>
        <w:tc>
          <w:tcPr>
            <w:tcW w:w="2049" w:type="dxa"/>
            <w:shd w:val="clear" w:color="auto" w:fill="FFF2CC"/>
          </w:tcPr>
          <w:p w14:paraId="464E7D86" w14:textId="77777777" w:rsidR="00F92F3A" w:rsidRDefault="00000000">
            <w:r>
              <w:rPr>
                <w:b/>
                <w:bCs/>
              </w:rPr>
              <w:t>12</w:t>
            </w:r>
          </w:p>
        </w:tc>
      </w:tr>
      <w:tr w:rsidR="00F92F3A" w14:paraId="7ED0EEA6" w14:textId="77777777">
        <w:trPr>
          <w:trHeight w:val="1869"/>
        </w:trPr>
        <w:tc>
          <w:tcPr>
            <w:tcW w:w="2049" w:type="dxa"/>
          </w:tcPr>
          <w:p w14:paraId="433A50A4" w14:textId="77777777" w:rsidR="00F92F3A" w:rsidRDefault="00000000">
            <w:r>
              <w:rPr>
                <w:b/>
                <w:bCs/>
              </w:rPr>
              <w:t>13</w:t>
            </w:r>
          </w:p>
        </w:tc>
        <w:tc>
          <w:tcPr>
            <w:tcW w:w="2049" w:type="dxa"/>
          </w:tcPr>
          <w:p w14:paraId="2F348C8E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  <w:p w14:paraId="0E00E96C" w14:textId="77777777" w:rsidR="00F92F3A" w:rsidRDefault="00000000">
            <w:r>
              <w:t>Juniors – Round 11</w:t>
            </w:r>
          </w:p>
        </w:tc>
        <w:tc>
          <w:tcPr>
            <w:tcW w:w="2049" w:type="dxa"/>
          </w:tcPr>
          <w:p w14:paraId="540792CC" w14:textId="77777777" w:rsidR="00F92F3A" w:rsidRDefault="00000000">
            <w:r>
              <w:rPr>
                <w:b/>
                <w:bCs/>
              </w:rPr>
              <w:t>15</w:t>
            </w:r>
          </w:p>
        </w:tc>
        <w:tc>
          <w:tcPr>
            <w:tcW w:w="2049" w:type="dxa"/>
          </w:tcPr>
          <w:p w14:paraId="41978FA6" w14:textId="77777777" w:rsidR="00F92F3A" w:rsidRDefault="00000000">
            <w:r>
              <w:rPr>
                <w:b/>
                <w:bCs/>
              </w:rPr>
              <w:t>16</w:t>
            </w:r>
          </w:p>
        </w:tc>
        <w:tc>
          <w:tcPr>
            <w:tcW w:w="2049" w:type="dxa"/>
          </w:tcPr>
          <w:p w14:paraId="6E6EB097" w14:textId="77777777" w:rsidR="00F92F3A" w:rsidRDefault="00000000">
            <w:r>
              <w:rPr>
                <w:b/>
                <w:bCs/>
              </w:rPr>
              <w:t>17</w:t>
            </w:r>
          </w:p>
        </w:tc>
        <w:tc>
          <w:tcPr>
            <w:tcW w:w="2049" w:type="dxa"/>
          </w:tcPr>
          <w:p w14:paraId="2779702B" w14:textId="77777777" w:rsidR="00F92F3A" w:rsidRDefault="00000000">
            <w:r>
              <w:rPr>
                <w:b/>
                <w:bCs/>
              </w:rPr>
              <w:t>18</w:t>
            </w:r>
          </w:p>
        </w:tc>
        <w:tc>
          <w:tcPr>
            <w:tcW w:w="2049" w:type="dxa"/>
          </w:tcPr>
          <w:p w14:paraId="78D0D6E4" w14:textId="77777777" w:rsidR="00F92F3A" w:rsidRDefault="00000000">
            <w:r>
              <w:rPr>
                <w:b/>
                <w:bCs/>
              </w:rPr>
              <w:t>19</w:t>
            </w:r>
          </w:p>
        </w:tc>
      </w:tr>
      <w:tr w:rsidR="00F92F3A" w14:paraId="0D2A78AA" w14:textId="77777777">
        <w:trPr>
          <w:trHeight w:val="1869"/>
        </w:trPr>
        <w:tc>
          <w:tcPr>
            <w:tcW w:w="2049" w:type="dxa"/>
          </w:tcPr>
          <w:p w14:paraId="30604008" w14:textId="77777777" w:rsidR="00F92F3A" w:rsidRDefault="00000000">
            <w:r>
              <w:rPr>
                <w:b/>
                <w:bCs/>
              </w:rPr>
              <w:t>20</w:t>
            </w:r>
          </w:p>
        </w:tc>
        <w:tc>
          <w:tcPr>
            <w:tcW w:w="2049" w:type="dxa"/>
          </w:tcPr>
          <w:p w14:paraId="778531C5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  <w:p w14:paraId="4BD33B9E" w14:textId="77777777" w:rsidR="00F92F3A" w:rsidRDefault="00000000">
            <w:r>
              <w:t>Juniors – Round 12</w:t>
            </w:r>
          </w:p>
        </w:tc>
        <w:tc>
          <w:tcPr>
            <w:tcW w:w="2049" w:type="dxa"/>
          </w:tcPr>
          <w:p w14:paraId="01A2E95B" w14:textId="77777777" w:rsidR="00F92F3A" w:rsidRDefault="00000000">
            <w:r>
              <w:rPr>
                <w:b/>
                <w:bCs/>
              </w:rPr>
              <w:t>22</w:t>
            </w:r>
          </w:p>
        </w:tc>
        <w:tc>
          <w:tcPr>
            <w:tcW w:w="2049" w:type="dxa"/>
          </w:tcPr>
          <w:p w14:paraId="61DEEA13" w14:textId="77777777" w:rsidR="00F92F3A" w:rsidRDefault="00000000">
            <w:r>
              <w:rPr>
                <w:b/>
                <w:bCs/>
              </w:rPr>
              <w:t>23</w:t>
            </w:r>
          </w:p>
        </w:tc>
        <w:tc>
          <w:tcPr>
            <w:tcW w:w="2049" w:type="dxa"/>
          </w:tcPr>
          <w:p w14:paraId="3FC6C693" w14:textId="77777777" w:rsidR="00F92F3A" w:rsidRDefault="00000000">
            <w:r>
              <w:rPr>
                <w:b/>
                <w:bCs/>
              </w:rPr>
              <w:t>24</w:t>
            </w:r>
          </w:p>
        </w:tc>
        <w:tc>
          <w:tcPr>
            <w:tcW w:w="2049" w:type="dxa"/>
          </w:tcPr>
          <w:p w14:paraId="47BCDB61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  <w:p w14:paraId="3338FA3F" w14:textId="77777777" w:rsidR="00F92F3A" w:rsidRDefault="00000000">
            <w:r>
              <w:t xml:space="preserve">Rep Presentations </w:t>
            </w:r>
          </w:p>
        </w:tc>
        <w:tc>
          <w:tcPr>
            <w:tcW w:w="2049" w:type="dxa"/>
          </w:tcPr>
          <w:p w14:paraId="2BE50CD8" w14:textId="77777777" w:rsidR="00F92F3A" w:rsidRDefault="00000000">
            <w:r>
              <w:rPr>
                <w:b/>
                <w:bCs/>
              </w:rPr>
              <w:t>26</w:t>
            </w:r>
          </w:p>
        </w:tc>
      </w:tr>
      <w:tr w:rsidR="00F92F3A" w14:paraId="65CAEBD2" w14:textId="77777777">
        <w:trPr>
          <w:trHeight w:val="2011"/>
        </w:trPr>
        <w:tc>
          <w:tcPr>
            <w:tcW w:w="2049" w:type="dxa"/>
          </w:tcPr>
          <w:p w14:paraId="3163BC18" w14:textId="77777777" w:rsidR="00F92F3A" w:rsidRDefault="00000000">
            <w:r>
              <w:rPr>
                <w:b/>
                <w:bCs/>
              </w:rPr>
              <w:t>27</w:t>
            </w:r>
          </w:p>
        </w:tc>
        <w:tc>
          <w:tcPr>
            <w:tcW w:w="2049" w:type="dxa"/>
          </w:tcPr>
          <w:p w14:paraId="5A33B03F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  <w:p w14:paraId="0BFD3E53" w14:textId="77777777" w:rsidR="00F92F3A" w:rsidRDefault="00000000">
            <w:r>
              <w:t>Juniors – Round 13</w:t>
            </w:r>
          </w:p>
        </w:tc>
        <w:tc>
          <w:tcPr>
            <w:tcW w:w="2049" w:type="dxa"/>
          </w:tcPr>
          <w:p w14:paraId="0D4CBD0A" w14:textId="77777777" w:rsidR="00F92F3A" w:rsidRDefault="00000000">
            <w:r>
              <w:rPr>
                <w:b/>
                <w:bCs/>
              </w:rPr>
              <w:t>29</w:t>
            </w:r>
          </w:p>
        </w:tc>
        <w:tc>
          <w:tcPr>
            <w:tcW w:w="2049" w:type="dxa"/>
          </w:tcPr>
          <w:p w14:paraId="53FCD5AA" w14:textId="77777777" w:rsidR="00F92F3A" w:rsidRDefault="00000000">
            <w:r>
              <w:rPr>
                <w:b/>
                <w:bCs/>
              </w:rPr>
              <w:t>30</w:t>
            </w:r>
          </w:p>
        </w:tc>
        <w:tc>
          <w:tcPr>
            <w:tcW w:w="2049" w:type="dxa"/>
          </w:tcPr>
          <w:p w14:paraId="259DBAF8" w14:textId="77777777" w:rsidR="00F92F3A" w:rsidRDefault="00000000">
            <w:r>
              <w:rPr>
                <w:b/>
                <w:bCs/>
              </w:rPr>
              <w:t>31</w:t>
            </w:r>
          </w:p>
        </w:tc>
        <w:tc>
          <w:tcPr>
            <w:tcW w:w="2049" w:type="dxa"/>
          </w:tcPr>
          <w:p w14:paraId="2F1A7843" w14:textId="77777777" w:rsidR="00F92F3A" w:rsidRDefault="00F92F3A"/>
        </w:tc>
        <w:tc>
          <w:tcPr>
            <w:tcW w:w="2049" w:type="dxa"/>
          </w:tcPr>
          <w:p w14:paraId="258476B6" w14:textId="77777777" w:rsidR="00F92F3A" w:rsidRDefault="00F92F3A"/>
        </w:tc>
      </w:tr>
    </w:tbl>
    <w:p w14:paraId="34C5D0F9" w14:textId="77777777" w:rsidR="00F92F3A" w:rsidRDefault="00000000">
      <w:pPr>
        <w:pStyle w:val="Heading1"/>
        <w:jc w:val="center"/>
      </w:pPr>
      <w:r>
        <w:lastRenderedPageBreak/>
        <w:t>August 2026</w:t>
      </w:r>
    </w:p>
    <w:tbl>
      <w:tblPr>
        <w:tblStyle w:val="a9"/>
        <w:tblW w:w="14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42"/>
        <w:gridCol w:w="2042"/>
        <w:gridCol w:w="2042"/>
        <w:gridCol w:w="2042"/>
        <w:gridCol w:w="2042"/>
        <w:gridCol w:w="2042"/>
        <w:gridCol w:w="2042"/>
      </w:tblGrid>
      <w:tr w:rsidR="00F92F3A" w14:paraId="71858241" w14:textId="77777777">
        <w:trPr>
          <w:trHeight w:val="443"/>
        </w:trPr>
        <w:tc>
          <w:tcPr>
            <w:tcW w:w="2042" w:type="dxa"/>
          </w:tcPr>
          <w:p w14:paraId="23EEB9B3" w14:textId="77777777" w:rsidR="00F92F3A" w:rsidRDefault="00000000">
            <w:pPr>
              <w:jc w:val="center"/>
            </w:pPr>
            <w:r>
              <w:rPr>
                <w:b/>
                <w:bCs/>
              </w:rPr>
              <w:t>Mon</w:t>
            </w:r>
          </w:p>
        </w:tc>
        <w:tc>
          <w:tcPr>
            <w:tcW w:w="2042" w:type="dxa"/>
          </w:tcPr>
          <w:p w14:paraId="1856C852" w14:textId="77777777" w:rsidR="00F92F3A" w:rsidRDefault="00000000">
            <w:pPr>
              <w:jc w:val="center"/>
            </w:pPr>
            <w:r>
              <w:rPr>
                <w:b/>
                <w:bCs/>
              </w:rPr>
              <w:t>Tue</w:t>
            </w:r>
          </w:p>
        </w:tc>
        <w:tc>
          <w:tcPr>
            <w:tcW w:w="2042" w:type="dxa"/>
          </w:tcPr>
          <w:p w14:paraId="544F9F6B" w14:textId="77777777" w:rsidR="00F92F3A" w:rsidRDefault="00000000">
            <w:pPr>
              <w:jc w:val="center"/>
            </w:pPr>
            <w:r>
              <w:rPr>
                <w:b/>
                <w:bCs/>
              </w:rPr>
              <w:t>Wed</w:t>
            </w:r>
          </w:p>
        </w:tc>
        <w:tc>
          <w:tcPr>
            <w:tcW w:w="2042" w:type="dxa"/>
          </w:tcPr>
          <w:p w14:paraId="0DA3BD77" w14:textId="77777777" w:rsidR="00F92F3A" w:rsidRDefault="00000000">
            <w:pPr>
              <w:jc w:val="center"/>
            </w:pPr>
            <w:r>
              <w:rPr>
                <w:b/>
                <w:bCs/>
              </w:rPr>
              <w:t>Thu</w:t>
            </w:r>
          </w:p>
        </w:tc>
        <w:tc>
          <w:tcPr>
            <w:tcW w:w="2042" w:type="dxa"/>
          </w:tcPr>
          <w:p w14:paraId="5DA83FCB" w14:textId="77777777" w:rsidR="00F92F3A" w:rsidRDefault="00000000">
            <w:pPr>
              <w:jc w:val="center"/>
            </w:pPr>
            <w:r>
              <w:rPr>
                <w:b/>
                <w:bCs/>
              </w:rPr>
              <w:t>Fri</w:t>
            </w:r>
          </w:p>
        </w:tc>
        <w:tc>
          <w:tcPr>
            <w:tcW w:w="2042" w:type="dxa"/>
          </w:tcPr>
          <w:p w14:paraId="1AA4261D" w14:textId="77777777" w:rsidR="00F92F3A" w:rsidRDefault="00000000">
            <w:pPr>
              <w:jc w:val="center"/>
            </w:pPr>
            <w:r>
              <w:rPr>
                <w:b/>
                <w:bCs/>
              </w:rPr>
              <w:t>Sat</w:t>
            </w:r>
          </w:p>
        </w:tc>
        <w:tc>
          <w:tcPr>
            <w:tcW w:w="2042" w:type="dxa"/>
          </w:tcPr>
          <w:p w14:paraId="2656F86F" w14:textId="77777777" w:rsidR="00F92F3A" w:rsidRDefault="00000000">
            <w:pPr>
              <w:jc w:val="center"/>
            </w:pPr>
            <w:r>
              <w:rPr>
                <w:b/>
                <w:bCs/>
              </w:rPr>
              <w:t>Sun</w:t>
            </w:r>
          </w:p>
        </w:tc>
      </w:tr>
      <w:tr w:rsidR="00F92F3A" w14:paraId="6D929840" w14:textId="77777777">
        <w:trPr>
          <w:trHeight w:val="1437"/>
        </w:trPr>
        <w:tc>
          <w:tcPr>
            <w:tcW w:w="2042" w:type="dxa"/>
          </w:tcPr>
          <w:p w14:paraId="29E2DFD7" w14:textId="77777777" w:rsidR="00F92F3A" w:rsidRDefault="00F92F3A"/>
        </w:tc>
        <w:tc>
          <w:tcPr>
            <w:tcW w:w="2042" w:type="dxa"/>
          </w:tcPr>
          <w:p w14:paraId="7FB2080E" w14:textId="77777777" w:rsidR="00F92F3A" w:rsidRDefault="00F92F3A"/>
        </w:tc>
        <w:tc>
          <w:tcPr>
            <w:tcW w:w="2042" w:type="dxa"/>
          </w:tcPr>
          <w:p w14:paraId="6BEBEFD4" w14:textId="77777777" w:rsidR="00F92F3A" w:rsidRDefault="00F92F3A"/>
        </w:tc>
        <w:tc>
          <w:tcPr>
            <w:tcW w:w="2042" w:type="dxa"/>
          </w:tcPr>
          <w:p w14:paraId="555C83D6" w14:textId="77777777" w:rsidR="00F92F3A" w:rsidRDefault="00F92F3A"/>
        </w:tc>
        <w:tc>
          <w:tcPr>
            <w:tcW w:w="2042" w:type="dxa"/>
          </w:tcPr>
          <w:p w14:paraId="593A9144" w14:textId="77777777" w:rsidR="00F92F3A" w:rsidRDefault="00F92F3A"/>
        </w:tc>
        <w:tc>
          <w:tcPr>
            <w:tcW w:w="2042" w:type="dxa"/>
          </w:tcPr>
          <w:p w14:paraId="3CF2C395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  <w:p w14:paraId="36E3C674" w14:textId="13D1E2B9" w:rsidR="00854A0C" w:rsidRDefault="00854A0C">
            <w:r>
              <w:rPr>
                <w:b/>
                <w:bCs/>
              </w:rPr>
              <w:t>Rep Presentations KBSC</w:t>
            </w:r>
          </w:p>
        </w:tc>
        <w:tc>
          <w:tcPr>
            <w:tcW w:w="2042" w:type="dxa"/>
          </w:tcPr>
          <w:p w14:paraId="5B41276E" w14:textId="77777777" w:rsidR="00F92F3A" w:rsidRDefault="00000000">
            <w:r>
              <w:rPr>
                <w:b/>
                <w:bCs/>
              </w:rPr>
              <w:t>2</w:t>
            </w:r>
          </w:p>
        </w:tc>
      </w:tr>
      <w:tr w:rsidR="00F92F3A" w14:paraId="0E95AA9C" w14:textId="77777777">
        <w:trPr>
          <w:trHeight w:val="1545"/>
        </w:trPr>
        <w:tc>
          <w:tcPr>
            <w:tcW w:w="2042" w:type="dxa"/>
          </w:tcPr>
          <w:p w14:paraId="2BE7C1AB" w14:textId="77777777" w:rsidR="00F92F3A" w:rsidRDefault="00000000">
            <w:r>
              <w:rPr>
                <w:b/>
                <w:bCs/>
              </w:rPr>
              <w:t>3</w:t>
            </w:r>
          </w:p>
        </w:tc>
        <w:tc>
          <w:tcPr>
            <w:tcW w:w="2042" w:type="dxa"/>
          </w:tcPr>
          <w:p w14:paraId="74FD7EAE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  <w:p w14:paraId="3BF1D6F1" w14:textId="77777777" w:rsidR="00F92F3A" w:rsidRDefault="00000000">
            <w:r>
              <w:t>Juniors – Round 14</w:t>
            </w:r>
          </w:p>
        </w:tc>
        <w:tc>
          <w:tcPr>
            <w:tcW w:w="2042" w:type="dxa"/>
          </w:tcPr>
          <w:p w14:paraId="47CFAD99" w14:textId="77777777" w:rsidR="00F92F3A" w:rsidRDefault="00000000">
            <w:r>
              <w:rPr>
                <w:b/>
                <w:bCs/>
              </w:rPr>
              <w:t>5</w:t>
            </w:r>
          </w:p>
        </w:tc>
        <w:tc>
          <w:tcPr>
            <w:tcW w:w="2042" w:type="dxa"/>
          </w:tcPr>
          <w:p w14:paraId="05439C74" w14:textId="77777777" w:rsidR="00F92F3A" w:rsidRDefault="00000000">
            <w:r>
              <w:rPr>
                <w:b/>
                <w:bCs/>
              </w:rPr>
              <w:t>6</w:t>
            </w:r>
          </w:p>
        </w:tc>
        <w:tc>
          <w:tcPr>
            <w:tcW w:w="2042" w:type="dxa"/>
          </w:tcPr>
          <w:p w14:paraId="0DD5C7C4" w14:textId="77777777" w:rsidR="00F92F3A" w:rsidRDefault="00000000">
            <w:r>
              <w:rPr>
                <w:b/>
                <w:bCs/>
              </w:rPr>
              <w:t>7</w:t>
            </w:r>
          </w:p>
        </w:tc>
        <w:tc>
          <w:tcPr>
            <w:tcW w:w="2042" w:type="dxa"/>
          </w:tcPr>
          <w:p w14:paraId="5D5D5177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  <w:p w14:paraId="600B22F6" w14:textId="77777777" w:rsidR="00F92F3A" w:rsidRDefault="00000000">
            <w:r>
              <w:t xml:space="preserve">Cap Coast Junior Netball Carnival </w:t>
            </w:r>
          </w:p>
        </w:tc>
        <w:tc>
          <w:tcPr>
            <w:tcW w:w="2042" w:type="dxa"/>
          </w:tcPr>
          <w:p w14:paraId="26492451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  <w:p w14:paraId="5F02EEF2" w14:textId="77777777" w:rsidR="00F92F3A" w:rsidRDefault="00000000">
            <w:r>
              <w:t>Cap Coast Junior Netball Carnival</w:t>
            </w:r>
          </w:p>
        </w:tc>
      </w:tr>
      <w:tr w:rsidR="00F92F3A" w14:paraId="390222DF" w14:textId="77777777">
        <w:trPr>
          <w:trHeight w:val="1437"/>
        </w:trPr>
        <w:tc>
          <w:tcPr>
            <w:tcW w:w="2042" w:type="dxa"/>
          </w:tcPr>
          <w:p w14:paraId="1EBEDD58" w14:textId="77777777" w:rsidR="00F92F3A" w:rsidRDefault="00000000">
            <w:r>
              <w:rPr>
                <w:b/>
                <w:bCs/>
              </w:rPr>
              <w:t>10</w:t>
            </w:r>
          </w:p>
        </w:tc>
        <w:tc>
          <w:tcPr>
            <w:tcW w:w="2042" w:type="dxa"/>
          </w:tcPr>
          <w:p w14:paraId="1B3E3510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  <w:p w14:paraId="3C867437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NO FIXTURES</w:t>
            </w:r>
          </w:p>
          <w:p w14:paraId="0D252DD0" w14:textId="77777777" w:rsidR="00F92F3A" w:rsidRDefault="00000000">
            <w:r>
              <w:t>Mixed Regos open</w:t>
            </w:r>
          </w:p>
        </w:tc>
        <w:tc>
          <w:tcPr>
            <w:tcW w:w="2042" w:type="dxa"/>
          </w:tcPr>
          <w:p w14:paraId="665B3125" w14:textId="77777777" w:rsidR="00F92F3A" w:rsidRDefault="00000000">
            <w:r>
              <w:rPr>
                <w:b/>
                <w:bCs/>
              </w:rPr>
              <w:t>12</w:t>
            </w:r>
          </w:p>
        </w:tc>
        <w:tc>
          <w:tcPr>
            <w:tcW w:w="2042" w:type="dxa"/>
          </w:tcPr>
          <w:p w14:paraId="53793534" w14:textId="77777777" w:rsidR="00F92F3A" w:rsidRDefault="00000000">
            <w:r>
              <w:rPr>
                <w:b/>
                <w:bCs/>
              </w:rPr>
              <w:t>13</w:t>
            </w:r>
          </w:p>
        </w:tc>
        <w:tc>
          <w:tcPr>
            <w:tcW w:w="2042" w:type="dxa"/>
          </w:tcPr>
          <w:p w14:paraId="6BFAE0C8" w14:textId="77777777" w:rsidR="00F92F3A" w:rsidRDefault="00000000">
            <w:r>
              <w:rPr>
                <w:b/>
                <w:bCs/>
              </w:rPr>
              <w:t>14</w:t>
            </w:r>
          </w:p>
        </w:tc>
        <w:tc>
          <w:tcPr>
            <w:tcW w:w="2042" w:type="dxa"/>
          </w:tcPr>
          <w:p w14:paraId="01B59E79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  <w:p w14:paraId="5A9AC710" w14:textId="77777777" w:rsidR="009E7391" w:rsidRPr="009E7391" w:rsidRDefault="009E7391">
            <w:pPr>
              <w:rPr>
                <w:b/>
                <w:bCs/>
                <w:color w:val="EE0000"/>
              </w:rPr>
            </w:pPr>
          </w:p>
          <w:p w14:paraId="128E5125" w14:textId="3354E41E" w:rsidR="009E7391" w:rsidRDefault="009E7391">
            <w:r w:rsidRPr="009E7391">
              <w:rPr>
                <w:b/>
                <w:bCs/>
                <w:color w:val="EE0000"/>
              </w:rPr>
              <w:t>Urshies Fundraiser</w:t>
            </w:r>
          </w:p>
        </w:tc>
        <w:tc>
          <w:tcPr>
            <w:tcW w:w="2042" w:type="dxa"/>
          </w:tcPr>
          <w:p w14:paraId="78CBAEE9" w14:textId="77777777" w:rsidR="00F92F3A" w:rsidRDefault="00000000">
            <w:r>
              <w:rPr>
                <w:b/>
                <w:bCs/>
              </w:rPr>
              <w:t>16</w:t>
            </w:r>
          </w:p>
        </w:tc>
      </w:tr>
      <w:tr w:rsidR="00F92F3A" w14:paraId="1DA49E88" w14:textId="77777777">
        <w:trPr>
          <w:trHeight w:val="1437"/>
        </w:trPr>
        <w:tc>
          <w:tcPr>
            <w:tcW w:w="2042" w:type="dxa"/>
          </w:tcPr>
          <w:p w14:paraId="2200932A" w14:textId="77777777" w:rsidR="00F92F3A" w:rsidRDefault="00000000">
            <w:r>
              <w:rPr>
                <w:b/>
                <w:bCs/>
              </w:rPr>
              <w:t>17</w:t>
            </w:r>
          </w:p>
        </w:tc>
        <w:tc>
          <w:tcPr>
            <w:tcW w:w="2042" w:type="dxa"/>
          </w:tcPr>
          <w:p w14:paraId="0B1A770C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  <w:p w14:paraId="1155B119" w14:textId="77777777" w:rsidR="00F92F3A" w:rsidRDefault="00000000">
            <w:pPr>
              <w:rPr>
                <w:b/>
                <w:bCs/>
              </w:rPr>
            </w:pPr>
            <w:r>
              <w:t>Juniors – Round 15</w:t>
            </w:r>
          </w:p>
        </w:tc>
        <w:tc>
          <w:tcPr>
            <w:tcW w:w="2042" w:type="dxa"/>
          </w:tcPr>
          <w:p w14:paraId="1F77C63B" w14:textId="77777777" w:rsidR="00F92F3A" w:rsidRDefault="00000000">
            <w:r>
              <w:rPr>
                <w:b/>
                <w:bCs/>
              </w:rPr>
              <w:t>19</w:t>
            </w:r>
          </w:p>
        </w:tc>
        <w:tc>
          <w:tcPr>
            <w:tcW w:w="2042" w:type="dxa"/>
          </w:tcPr>
          <w:p w14:paraId="50FC771C" w14:textId="77777777" w:rsidR="00F92F3A" w:rsidRDefault="00000000">
            <w:r>
              <w:rPr>
                <w:b/>
                <w:bCs/>
              </w:rPr>
              <w:t>20</w:t>
            </w:r>
          </w:p>
        </w:tc>
        <w:tc>
          <w:tcPr>
            <w:tcW w:w="2042" w:type="dxa"/>
          </w:tcPr>
          <w:p w14:paraId="0072576D" w14:textId="77777777" w:rsidR="00F92F3A" w:rsidRDefault="00000000">
            <w:r>
              <w:rPr>
                <w:b/>
                <w:bCs/>
              </w:rPr>
              <w:t>21</w:t>
            </w:r>
          </w:p>
        </w:tc>
        <w:tc>
          <w:tcPr>
            <w:tcW w:w="2042" w:type="dxa"/>
          </w:tcPr>
          <w:p w14:paraId="3D909371" w14:textId="77777777" w:rsidR="00F92F3A" w:rsidRDefault="00000000">
            <w:r>
              <w:rPr>
                <w:b/>
                <w:bCs/>
              </w:rPr>
              <w:t>22</w:t>
            </w:r>
          </w:p>
        </w:tc>
        <w:tc>
          <w:tcPr>
            <w:tcW w:w="2042" w:type="dxa"/>
          </w:tcPr>
          <w:p w14:paraId="6E751B48" w14:textId="77777777" w:rsidR="00F92F3A" w:rsidRDefault="00000000">
            <w:r>
              <w:rPr>
                <w:b/>
                <w:bCs/>
              </w:rPr>
              <w:t>23</w:t>
            </w:r>
          </w:p>
        </w:tc>
      </w:tr>
      <w:tr w:rsidR="00F92F3A" w14:paraId="24C0D346" w14:textId="77777777">
        <w:trPr>
          <w:trHeight w:val="1437"/>
        </w:trPr>
        <w:tc>
          <w:tcPr>
            <w:tcW w:w="2042" w:type="dxa"/>
          </w:tcPr>
          <w:p w14:paraId="4F62872B" w14:textId="77777777" w:rsidR="00F92F3A" w:rsidRDefault="00000000">
            <w:r>
              <w:rPr>
                <w:b/>
                <w:bCs/>
              </w:rPr>
              <w:t>24</w:t>
            </w:r>
          </w:p>
        </w:tc>
        <w:tc>
          <w:tcPr>
            <w:tcW w:w="2042" w:type="dxa"/>
          </w:tcPr>
          <w:p w14:paraId="11E86C91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  <w:p w14:paraId="1C99B864" w14:textId="77777777" w:rsidR="00F92F3A" w:rsidRDefault="00000000">
            <w:r>
              <w:t xml:space="preserve">SEMI FINALS </w:t>
            </w:r>
          </w:p>
        </w:tc>
        <w:tc>
          <w:tcPr>
            <w:tcW w:w="2042" w:type="dxa"/>
          </w:tcPr>
          <w:p w14:paraId="50439344" w14:textId="77777777" w:rsidR="00F92F3A" w:rsidRDefault="00000000">
            <w:r>
              <w:rPr>
                <w:b/>
                <w:bCs/>
              </w:rPr>
              <w:t>26</w:t>
            </w:r>
          </w:p>
        </w:tc>
        <w:tc>
          <w:tcPr>
            <w:tcW w:w="2042" w:type="dxa"/>
          </w:tcPr>
          <w:p w14:paraId="4B7587B8" w14:textId="77777777" w:rsidR="00F92F3A" w:rsidRDefault="00000000">
            <w:r>
              <w:rPr>
                <w:b/>
                <w:bCs/>
              </w:rPr>
              <w:t>27</w:t>
            </w:r>
          </w:p>
        </w:tc>
        <w:tc>
          <w:tcPr>
            <w:tcW w:w="2042" w:type="dxa"/>
          </w:tcPr>
          <w:p w14:paraId="76E48CE2" w14:textId="77777777" w:rsidR="00F92F3A" w:rsidRDefault="00000000">
            <w:r>
              <w:rPr>
                <w:b/>
                <w:bCs/>
              </w:rPr>
              <w:t>28</w:t>
            </w:r>
          </w:p>
        </w:tc>
        <w:tc>
          <w:tcPr>
            <w:tcW w:w="2042" w:type="dxa"/>
          </w:tcPr>
          <w:p w14:paraId="38FDC1A6" w14:textId="77777777" w:rsidR="00F92F3A" w:rsidRDefault="00000000">
            <w:r>
              <w:rPr>
                <w:b/>
                <w:bCs/>
              </w:rPr>
              <w:t>29</w:t>
            </w:r>
          </w:p>
        </w:tc>
        <w:tc>
          <w:tcPr>
            <w:tcW w:w="2042" w:type="dxa"/>
          </w:tcPr>
          <w:p w14:paraId="79FAC768" w14:textId="77777777" w:rsidR="00F92F3A" w:rsidRDefault="00000000">
            <w:r>
              <w:rPr>
                <w:b/>
                <w:bCs/>
              </w:rPr>
              <w:t>30</w:t>
            </w:r>
          </w:p>
        </w:tc>
      </w:tr>
      <w:tr w:rsidR="00F92F3A" w14:paraId="1A609DE9" w14:textId="77777777">
        <w:trPr>
          <w:trHeight w:val="1545"/>
        </w:trPr>
        <w:tc>
          <w:tcPr>
            <w:tcW w:w="2042" w:type="dxa"/>
          </w:tcPr>
          <w:p w14:paraId="1475ECE3" w14:textId="77777777" w:rsidR="00F92F3A" w:rsidRDefault="00000000">
            <w:r>
              <w:rPr>
                <w:b/>
                <w:bCs/>
              </w:rPr>
              <w:t>31</w:t>
            </w:r>
          </w:p>
        </w:tc>
        <w:tc>
          <w:tcPr>
            <w:tcW w:w="2042" w:type="dxa"/>
          </w:tcPr>
          <w:p w14:paraId="0B0D8CBF" w14:textId="77777777" w:rsidR="00F92F3A" w:rsidRDefault="00F92F3A"/>
        </w:tc>
        <w:tc>
          <w:tcPr>
            <w:tcW w:w="2042" w:type="dxa"/>
          </w:tcPr>
          <w:p w14:paraId="21DD2B6B" w14:textId="77777777" w:rsidR="00F92F3A" w:rsidRDefault="00F92F3A"/>
        </w:tc>
        <w:tc>
          <w:tcPr>
            <w:tcW w:w="2042" w:type="dxa"/>
          </w:tcPr>
          <w:p w14:paraId="3CD76BE8" w14:textId="77777777" w:rsidR="00F92F3A" w:rsidRDefault="00F92F3A"/>
        </w:tc>
        <w:tc>
          <w:tcPr>
            <w:tcW w:w="2042" w:type="dxa"/>
          </w:tcPr>
          <w:p w14:paraId="2F537A6D" w14:textId="77777777" w:rsidR="00F92F3A" w:rsidRDefault="00F92F3A"/>
        </w:tc>
        <w:tc>
          <w:tcPr>
            <w:tcW w:w="2042" w:type="dxa"/>
          </w:tcPr>
          <w:p w14:paraId="308C6497" w14:textId="77777777" w:rsidR="00F92F3A" w:rsidRDefault="00F92F3A"/>
        </w:tc>
        <w:tc>
          <w:tcPr>
            <w:tcW w:w="2042" w:type="dxa"/>
          </w:tcPr>
          <w:p w14:paraId="14FBC927" w14:textId="77777777" w:rsidR="00F92F3A" w:rsidRDefault="00F92F3A"/>
        </w:tc>
      </w:tr>
    </w:tbl>
    <w:p w14:paraId="0796A4BA" w14:textId="77777777" w:rsidR="00F92F3A" w:rsidRDefault="00000000">
      <w:r>
        <w:br w:type="page"/>
      </w:r>
    </w:p>
    <w:p w14:paraId="393A2613" w14:textId="77777777" w:rsidR="00F92F3A" w:rsidRDefault="00000000">
      <w:pPr>
        <w:pStyle w:val="Heading1"/>
        <w:jc w:val="center"/>
      </w:pPr>
      <w:r>
        <w:lastRenderedPageBreak/>
        <w:t>September 2026</w:t>
      </w:r>
    </w:p>
    <w:tbl>
      <w:tblPr>
        <w:tblStyle w:val="aa"/>
        <w:tblW w:w="14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35"/>
        <w:gridCol w:w="2035"/>
        <w:gridCol w:w="2035"/>
        <w:gridCol w:w="2035"/>
        <w:gridCol w:w="2035"/>
        <w:gridCol w:w="2035"/>
        <w:gridCol w:w="2035"/>
      </w:tblGrid>
      <w:tr w:rsidR="00F92F3A" w14:paraId="3F3A38EF" w14:textId="77777777">
        <w:trPr>
          <w:trHeight w:val="432"/>
        </w:trPr>
        <w:tc>
          <w:tcPr>
            <w:tcW w:w="2035" w:type="dxa"/>
          </w:tcPr>
          <w:p w14:paraId="06D36AB7" w14:textId="77777777" w:rsidR="00F92F3A" w:rsidRDefault="00000000">
            <w:pPr>
              <w:jc w:val="center"/>
            </w:pPr>
            <w:r>
              <w:rPr>
                <w:b/>
                <w:bCs/>
              </w:rPr>
              <w:t>Mon</w:t>
            </w:r>
          </w:p>
        </w:tc>
        <w:tc>
          <w:tcPr>
            <w:tcW w:w="2035" w:type="dxa"/>
          </w:tcPr>
          <w:p w14:paraId="77B1B0B7" w14:textId="77777777" w:rsidR="00F92F3A" w:rsidRDefault="00000000">
            <w:pPr>
              <w:jc w:val="center"/>
            </w:pPr>
            <w:r>
              <w:rPr>
                <w:b/>
                <w:bCs/>
              </w:rPr>
              <w:t>Tue</w:t>
            </w:r>
          </w:p>
        </w:tc>
        <w:tc>
          <w:tcPr>
            <w:tcW w:w="2035" w:type="dxa"/>
          </w:tcPr>
          <w:p w14:paraId="76D54C32" w14:textId="77777777" w:rsidR="00F92F3A" w:rsidRDefault="00000000">
            <w:pPr>
              <w:jc w:val="center"/>
            </w:pPr>
            <w:r>
              <w:rPr>
                <w:b/>
                <w:bCs/>
              </w:rPr>
              <w:t>Wed</w:t>
            </w:r>
          </w:p>
        </w:tc>
        <w:tc>
          <w:tcPr>
            <w:tcW w:w="2035" w:type="dxa"/>
          </w:tcPr>
          <w:p w14:paraId="6FD913C5" w14:textId="77777777" w:rsidR="00F92F3A" w:rsidRDefault="00000000">
            <w:pPr>
              <w:jc w:val="center"/>
            </w:pPr>
            <w:r>
              <w:rPr>
                <w:b/>
                <w:bCs/>
              </w:rPr>
              <w:t>Thu</w:t>
            </w:r>
          </w:p>
        </w:tc>
        <w:tc>
          <w:tcPr>
            <w:tcW w:w="2035" w:type="dxa"/>
          </w:tcPr>
          <w:p w14:paraId="75D86546" w14:textId="77777777" w:rsidR="00F92F3A" w:rsidRDefault="00000000">
            <w:pPr>
              <w:jc w:val="center"/>
            </w:pPr>
            <w:r>
              <w:rPr>
                <w:b/>
                <w:bCs/>
              </w:rPr>
              <w:t>Fri</w:t>
            </w:r>
          </w:p>
        </w:tc>
        <w:tc>
          <w:tcPr>
            <w:tcW w:w="2035" w:type="dxa"/>
          </w:tcPr>
          <w:p w14:paraId="09B22040" w14:textId="77777777" w:rsidR="00F92F3A" w:rsidRDefault="00000000">
            <w:pPr>
              <w:jc w:val="center"/>
            </w:pPr>
            <w:r>
              <w:rPr>
                <w:b/>
                <w:bCs/>
              </w:rPr>
              <w:t>Sat</w:t>
            </w:r>
          </w:p>
        </w:tc>
        <w:tc>
          <w:tcPr>
            <w:tcW w:w="2035" w:type="dxa"/>
          </w:tcPr>
          <w:p w14:paraId="118BE76F" w14:textId="77777777" w:rsidR="00F92F3A" w:rsidRDefault="00000000">
            <w:pPr>
              <w:jc w:val="center"/>
            </w:pPr>
            <w:r>
              <w:rPr>
                <w:b/>
                <w:bCs/>
              </w:rPr>
              <w:t>Sun</w:t>
            </w:r>
          </w:p>
        </w:tc>
      </w:tr>
      <w:tr w:rsidR="00F92F3A" w14:paraId="7671D301" w14:textId="77777777">
        <w:trPr>
          <w:trHeight w:val="1594"/>
        </w:trPr>
        <w:tc>
          <w:tcPr>
            <w:tcW w:w="2035" w:type="dxa"/>
          </w:tcPr>
          <w:p w14:paraId="37A6F7B9" w14:textId="77777777" w:rsidR="00F92F3A" w:rsidRDefault="00F92F3A"/>
        </w:tc>
        <w:tc>
          <w:tcPr>
            <w:tcW w:w="2035" w:type="dxa"/>
          </w:tcPr>
          <w:p w14:paraId="1B7A5850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  <w:p w14:paraId="3F9AC250" w14:textId="77777777" w:rsidR="00F92F3A" w:rsidRDefault="00000000">
            <w:r>
              <w:t>FINALS</w:t>
            </w:r>
          </w:p>
        </w:tc>
        <w:tc>
          <w:tcPr>
            <w:tcW w:w="2035" w:type="dxa"/>
          </w:tcPr>
          <w:p w14:paraId="2F1D5B51" w14:textId="77777777" w:rsidR="00F92F3A" w:rsidRDefault="00000000">
            <w:r>
              <w:rPr>
                <w:b/>
                <w:bCs/>
              </w:rPr>
              <w:t>2</w:t>
            </w:r>
          </w:p>
        </w:tc>
        <w:tc>
          <w:tcPr>
            <w:tcW w:w="2035" w:type="dxa"/>
          </w:tcPr>
          <w:p w14:paraId="14450D9E" w14:textId="77777777" w:rsidR="00F92F3A" w:rsidRDefault="00000000">
            <w:r>
              <w:rPr>
                <w:b/>
                <w:bCs/>
              </w:rPr>
              <w:t>3</w:t>
            </w:r>
          </w:p>
        </w:tc>
        <w:tc>
          <w:tcPr>
            <w:tcW w:w="2035" w:type="dxa"/>
          </w:tcPr>
          <w:p w14:paraId="38281C0C" w14:textId="77777777" w:rsidR="00F92F3A" w:rsidRDefault="00000000">
            <w:r>
              <w:rPr>
                <w:b/>
                <w:bCs/>
              </w:rPr>
              <w:t>4</w:t>
            </w:r>
          </w:p>
        </w:tc>
        <w:tc>
          <w:tcPr>
            <w:tcW w:w="2035" w:type="dxa"/>
          </w:tcPr>
          <w:p w14:paraId="75C8D44B" w14:textId="77777777" w:rsidR="00F92F3A" w:rsidRDefault="00000000">
            <w:r>
              <w:rPr>
                <w:b/>
                <w:bCs/>
              </w:rPr>
              <w:t>5</w:t>
            </w:r>
          </w:p>
        </w:tc>
        <w:tc>
          <w:tcPr>
            <w:tcW w:w="2035" w:type="dxa"/>
          </w:tcPr>
          <w:p w14:paraId="34853C94" w14:textId="77777777" w:rsidR="00F92F3A" w:rsidRDefault="00000000">
            <w:r>
              <w:rPr>
                <w:b/>
                <w:bCs/>
              </w:rPr>
              <w:t>6</w:t>
            </w:r>
          </w:p>
        </w:tc>
      </w:tr>
      <w:tr w:rsidR="00F92F3A" w14:paraId="5F80A567" w14:textId="77777777">
        <w:trPr>
          <w:trHeight w:val="1714"/>
        </w:trPr>
        <w:tc>
          <w:tcPr>
            <w:tcW w:w="2035" w:type="dxa"/>
          </w:tcPr>
          <w:p w14:paraId="07B8B405" w14:textId="77777777" w:rsidR="00F92F3A" w:rsidRDefault="00000000">
            <w:r>
              <w:rPr>
                <w:b/>
                <w:bCs/>
              </w:rPr>
              <w:t>7</w:t>
            </w:r>
          </w:p>
        </w:tc>
        <w:tc>
          <w:tcPr>
            <w:tcW w:w="2035" w:type="dxa"/>
          </w:tcPr>
          <w:p w14:paraId="53DED199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  <w:p w14:paraId="261BB3C0" w14:textId="77777777" w:rsidR="00F92F3A" w:rsidRDefault="00000000">
            <w:r>
              <w:t>GRAND FINALS</w:t>
            </w:r>
          </w:p>
        </w:tc>
        <w:tc>
          <w:tcPr>
            <w:tcW w:w="2035" w:type="dxa"/>
          </w:tcPr>
          <w:p w14:paraId="0FCB8613" w14:textId="77777777" w:rsidR="00F92F3A" w:rsidRDefault="00000000">
            <w:r>
              <w:rPr>
                <w:b/>
                <w:bCs/>
              </w:rPr>
              <w:t>9</w:t>
            </w:r>
          </w:p>
        </w:tc>
        <w:tc>
          <w:tcPr>
            <w:tcW w:w="2035" w:type="dxa"/>
          </w:tcPr>
          <w:p w14:paraId="0DE338A8" w14:textId="77777777" w:rsidR="00F92F3A" w:rsidRDefault="00000000">
            <w:r>
              <w:rPr>
                <w:b/>
                <w:bCs/>
              </w:rPr>
              <w:t>10</w:t>
            </w:r>
          </w:p>
        </w:tc>
        <w:tc>
          <w:tcPr>
            <w:tcW w:w="2035" w:type="dxa"/>
          </w:tcPr>
          <w:p w14:paraId="61014FE2" w14:textId="77777777" w:rsidR="00F92F3A" w:rsidRDefault="00000000">
            <w:r>
              <w:rPr>
                <w:b/>
                <w:bCs/>
              </w:rPr>
              <w:t>11</w:t>
            </w:r>
          </w:p>
        </w:tc>
        <w:tc>
          <w:tcPr>
            <w:tcW w:w="2035" w:type="dxa"/>
          </w:tcPr>
          <w:p w14:paraId="0A627C8D" w14:textId="77777777" w:rsidR="00F92F3A" w:rsidRDefault="00000000">
            <w:r>
              <w:rPr>
                <w:b/>
                <w:bCs/>
              </w:rPr>
              <w:t>12</w:t>
            </w:r>
          </w:p>
        </w:tc>
        <w:tc>
          <w:tcPr>
            <w:tcW w:w="2035" w:type="dxa"/>
          </w:tcPr>
          <w:p w14:paraId="7F50F2D4" w14:textId="77777777" w:rsidR="00F92F3A" w:rsidRDefault="00000000">
            <w:r>
              <w:rPr>
                <w:b/>
                <w:bCs/>
              </w:rPr>
              <w:t>13</w:t>
            </w:r>
          </w:p>
        </w:tc>
      </w:tr>
      <w:tr w:rsidR="00F92F3A" w14:paraId="47EB80BE" w14:textId="77777777">
        <w:trPr>
          <w:trHeight w:val="1594"/>
        </w:trPr>
        <w:tc>
          <w:tcPr>
            <w:tcW w:w="2035" w:type="dxa"/>
          </w:tcPr>
          <w:p w14:paraId="655639F5" w14:textId="77777777" w:rsidR="00F92F3A" w:rsidRDefault="00000000">
            <w:r>
              <w:rPr>
                <w:b/>
                <w:bCs/>
              </w:rPr>
              <w:t>14</w:t>
            </w:r>
          </w:p>
        </w:tc>
        <w:tc>
          <w:tcPr>
            <w:tcW w:w="2035" w:type="dxa"/>
          </w:tcPr>
          <w:p w14:paraId="37FA482B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  <w:p w14:paraId="17AF5D22" w14:textId="77777777" w:rsidR="00F92F3A" w:rsidRDefault="00000000">
            <w:r>
              <w:t>Rep EOIs open</w:t>
            </w:r>
          </w:p>
        </w:tc>
        <w:tc>
          <w:tcPr>
            <w:tcW w:w="2035" w:type="dxa"/>
          </w:tcPr>
          <w:p w14:paraId="3D94AE14" w14:textId="77777777" w:rsidR="00F92F3A" w:rsidRDefault="00000000">
            <w:r>
              <w:rPr>
                <w:b/>
                <w:bCs/>
              </w:rPr>
              <w:t>16</w:t>
            </w:r>
          </w:p>
        </w:tc>
        <w:tc>
          <w:tcPr>
            <w:tcW w:w="2035" w:type="dxa"/>
          </w:tcPr>
          <w:p w14:paraId="0BE70F1C" w14:textId="77777777" w:rsidR="00F92F3A" w:rsidRDefault="00000000">
            <w:r>
              <w:rPr>
                <w:b/>
                <w:bCs/>
              </w:rPr>
              <w:t>17</w:t>
            </w:r>
          </w:p>
        </w:tc>
        <w:tc>
          <w:tcPr>
            <w:tcW w:w="2035" w:type="dxa"/>
          </w:tcPr>
          <w:p w14:paraId="3A3B507B" w14:textId="77777777" w:rsidR="00F92F3A" w:rsidRDefault="00000000">
            <w:r>
              <w:rPr>
                <w:b/>
                <w:bCs/>
              </w:rPr>
              <w:t>18</w:t>
            </w:r>
          </w:p>
        </w:tc>
        <w:tc>
          <w:tcPr>
            <w:tcW w:w="2035" w:type="dxa"/>
            <w:shd w:val="clear" w:color="auto" w:fill="FFF2CC"/>
          </w:tcPr>
          <w:p w14:paraId="108B5814" w14:textId="77777777" w:rsidR="00F92F3A" w:rsidRDefault="00000000">
            <w:r>
              <w:rPr>
                <w:b/>
                <w:bCs/>
              </w:rPr>
              <w:t>19</w:t>
            </w:r>
          </w:p>
        </w:tc>
        <w:tc>
          <w:tcPr>
            <w:tcW w:w="2035" w:type="dxa"/>
            <w:shd w:val="clear" w:color="auto" w:fill="FFF2CC"/>
          </w:tcPr>
          <w:p w14:paraId="4CBE9F21" w14:textId="77777777" w:rsidR="00F92F3A" w:rsidRDefault="00000000">
            <w:r>
              <w:rPr>
                <w:b/>
                <w:bCs/>
              </w:rPr>
              <w:t>20</w:t>
            </w:r>
          </w:p>
        </w:tc>
      </w:tr>
      <w:tr w:rsidR="00F92F3A" w14:paraId="179EB232" w14:textId="77777777">
        <w:trPr>
          <w:trHeight w:val="1594"/>
        </w:trPr>
        <w:tc>
          <w:tcPr>
            <w:tcW w:w="2035" w:type="dxa"/>
            <w:shd w:val="clear" w:color="auto" w:fill="FFF2CC"/>
          </w:tcPr>
          <w:p w14:paraId="30B6C501" w14:textId="77777777" w:rsidR="00F92F3A" w:rsidRDefault="00000000">
            <w:r>
              <w:rPr>
                <w:b/>
                <w:bCs/>
              </w:rPr>
              <w:t>21</w:t>
            </w:r>
          </w:p>
        </w:tc>
        <w:tc>
          <w:tcPr>
            <w:tcW w:w="2035" w:type="dxa"/>
            <w:shd w:val="clear" w:color="auto" w:fill="FFF2CC"/>
          </w:tcPr>
          <w:p w14:paraId="6EB071E1" w14:textId="77777777" w:rsidR="00F92F3A" w:rsidRDefault="00000000">
            <w:r>
              <w:rPr>
                <w:b/>
                <w:bCs/>
              </w:rPr>
              <w:t>22</w:t>
            </w:r>
          </w:p>
        </w:tc>
        <w:tc>
          <w:tcPr>
            <w:tcW w:w="2035" w:type="dxa"/>
            <w:shd w:val="clear" w:color="auto" w:fill="FFF2CC"/>
          </w:tcPr>
          <w:p w14:paraId="020DBFA0" w14:textId="77777777" w:rsidR="00F92F3A" w:rsidRDefault="00000000">
            <w:r>
              <w:rPr>
                <w:b/>
                <w:bCs/>
              </w:rPr>
              <w:t>23</w:t>
            </w:r>
          </w:p>
        </w:tc>
        <w:tc>
          <w:tcPr>
            <w:tcW w:w="2035" w:type="dxa"/>
            <w:shd w:val="clear" w:color="auto" w:fill="FFF2CC"/>
          </w:tcPr>
          <w:p w14:paraId="647D0C67" w14:textId="77777777" w:rsidR="00F92F3A" w:rsidRDefault="00000000">
            <w:r>
              <w:rPr>
                <w:b/>
                <w:bCs/>
              </w:rPr>
              <w:t>24</w:t>
            </w:r>
          </w:p>
        </w:tc>
        <w:tc>
          <w:tcPr>
            <w:tcW w:w="2035" w:type="dxa"/>
            <w:shd w:val="clear" w:color="auto" w:fill="FFF2CC"/>
          </w:tcPr>
          <w:p w14:paraId="2C51BCDD" w14:textId="77777777" w:rsidR="00F92F3A" w:rsidRDefault="00000000">
            <w:r>
              <w:rPr>
                <w:b/>
                <w:bCs/>
              </w:rPr>
              <w:t>25</w:t>
            </w:r>
          </w:p>
        </w:tc>
        <w:tc>
          <w:tcPr>
            <w:tcW w:w="2035" w:type="dxa"/>
            <w:shd w:val="clear" w:color="auto" w:fill="FFF2CC"/>
          </w:tcPr>
          <w:p w14:paraId="56C734EA" w14:textId="77777777" w:rsidR="00F92F3A" w:rsidRDefault="00000000">
            <w:r>
              <w:rPr>
                <w:b/>
                <w:bCs/>
              </w:rPr>
              <w:t>26</w:t>
            </w:r>
          </w:p>
        </w:tc>
        <w:tc>
          <w:tcPr>
            <w:tcW w:w="2035" w:type="dxa"/>
            <w:shd w:val="clear" w:color="auto" w:fill="FFF2CC"/>
          </w:tcPr>
          <w:p w14:paraId="3345CB8D" w14:textId="77777777" w:rsidR="00F92F3A" w:rsidRDefault="00000000">
            <w:r>
              <w:rPr>
                <w:b/>
                <w:bCs/>
              </w:rPr>
              <w:t>27</w:t>
            </w:r>
          </w:p>
        </w:tc>
      </w:tr>
      <w:tr w:rsidR="00F92F3A" w14:paraId="5DF1DF15" w14:textId="77777777">
        <w:trPr>
          <w:trHeight w:val="1714"/>
        </w:trPr>
        <w:tc>
          <w:tcPr>
            <w:tcW w:w="2035" w:type="dxa"/>
            <w:shd w:val="clear" w:color="auto" w:fill="FFF2CC"/>
          </w:tcPr>
          <w:p w14:paraId="3E26F710" w14:textId="77777777" w:rsidR="00F92F3A" w:rsidRDefault="00000000">
            <w:r>
              <w:rPr>
                <w:b/>
                <w:bCs/>
              </w:rPr>
              <w:t>28</w:t>
            </w:r>
          </w:p>
        </w:tc>
        <w:tc>
          <w:tcPr>
            <w:tcW w:w="2035" w:type="dxa"/>
            <w:shd w:val="clear" w:color="auto" w:fill="FFF2CC"/>
          </w:tcPr>
          <w:p w14:paraId="77E104EA" w14:textId="77777777" w:rsidR="00F92F3A" w:rsidRDefault="00000000">
            <w:r>
              <w:rPr>
                <w:b/>
                <w:bCs/>
              </w:rPr>
              <w:t>29</w:t>
            </w:r>
          </w:p>
        </w:tc>
        <w:tc>
          <w:tcPr>
            <w:tcW w:w="2035" w:type="dxa"/>
            <w:shd w:val="clear" w:color="auto" w:fill="FFF2CC"/>
          </w:tcPr>
          <w:p w14:paraId="0E8678A0" w14:textId="77777777" w:rsidR="00F92F3A" w:rsidRDefault="00000000">
            <w:r>
              <w:rPr>
                <w:b/>
                <w:bCs/>
              </w:rPr>
              <w:t>30</w:t>
            </w:r>
          </w:p>
        </w:tc>
        <w:tc>
          <w:tcPr>
            <w:tcW w:w="2035" w:type="dxa"/>
          </w:tcPr>
          <w:p w14:paraId="57CE5017" w14:textId="77777777" w:rsidR="00F92F3A" w:rsidRDefault="00F92F3A"/>
        </w:tc>
        <w:tc>
          <w:tcPr>
            <w:tcW w:w="2035" w:type="dxa"/>
          </w:tcPr>
          <w:p w14:paraId="20E36484" w14:textId="77777777" w:rsidR="00F92F3A" w:rsidRDefault="00F92F3A"/>
        </w:tc>
        <w:tc>
          <w:tcPr>
            <w:tcW w:w="2035" w:type="dxa"/>
          </w:tcPr>
          <w:p w14:paraId="4E93CD7B" w14:textId="77777777" w:rsidR="00F92F3A" w:rsidRDefault="00F92F3A"/>
        </w:tc>
        <w:tc>
          <w:tcPr>
            <w:tcW w:w="2035" w:type="dxa"/>
          </w:tcPr>
          <w:p w14:paraId="173EC400" w14:textId="77777777" w:rsidR="00F92F3A" w:rsidRDefault="00F92F3A"/>
        </w:tc>
      </w:tr>
    </w:tbl>
    <w:p w14:paraId="2308137B" w14:textId="77777777" w:rsidR="00F92F3A" w:rsidRDefault="00000000">
      <w:r>
        <w:br w:type="page"/>
      </w:r>
    </w:p>
    <w:p w14:paraId="07E009EA" w14:textId="77777777" w:rsidR="00F92F3A" w:rsidRDefault="00000000">
      <w:pPr>
        <w:pStyle w:val="Heading1"/>
        <w:jc w:val="center"/>
      </w:pPr>
      <w:r>
        <w:lastRenderedPageBreak/>
        <w:t>October 2026</w:t>
      </w:r>
    </w:p>
    <w:tbl>
      <w:tblPr>
        <w:tblStyle w:val="ab"/>
        <w:tblW w:w="14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43"/>
        <w:gridCol w:w="2043"/>
        <w:gridCol w:w="2043"/>
        <w:gridCol w:w="2043"/>
        <w:gridCol w:w="2043"/>
        <w:gridCol w:w="2043"/>
        <w:gridCol w:w="2043"/>
      </w:tblGrid>
      <w:tr w:rsidR="00F92F3A" w14:paraId="038D1931" w14:textId="77777777">
        <w:trPr>
          <w:trHeight w:val="486"/>
        </w:trPr>
        <w:tc>
          <w:tcPr>
            <w:tcW w:w="2043" w:type="dxa"/>
          </w:tcPr>
          <w:p w14:paraId="38E8FA46" w14:textId="77777777" w:rsidR="00F92F3A" w:rsidRDefault="00000000">
            <w:pPr>
              <w:jc w:val="center"/>
            </w:pPr>
            <w:r>
              <w:rPr>
                <w:b/>
                <w:bCs/>
              </w:rPr>
              <w:t>Mon</w:t>
            </w:r>
          </w:p>
        </w:tc>
        <w:tc>
          <w:tcPr>
            <w:tcW w:w="2043" w:type="dxa"/>
          </w:tcPr>
          <w:p w14:paraId="5CD625F8" w14:textId="77777777" w:rsidR="00F92F3A" w:rsidRDefault="00000000">
            <w:pPr>
              <w:jc w:val="center"/>
            </w:pPr>
            <w:r>
              <w:rPr>
                <w:b/>
                <w:bCs/>
              </w:rPr>
              <w:t>Tue</w:t>
            </w:r>
          </w:p>
        </w:tc>
        <w:tc>
          <w:tcPr>
            <w:tcW w:w="2043" w:type="dxa"/>
          </w:tcPr>
          <w:p w14:paraId="1E7B936E" w14:textId="77777777" w:rsidR="00F92F3A" w:rsidRDefault="00000000">
            <w:pPr>
              <w:jc w:val="center"/>
            </w:pPr>
            <w:r>
              <w:rPr>
                <w:b/>
                <w:bCs/>
              </w:rPr>
              <w:t>Wed</w:t>
            </w:r>
          </w:p>
        </w:tc>
        <w:tc>
          <w:tcPr>
            <w:tcW w:w="2043" w:type="dxa"/>
          </w:tcPr>
          <w:p w14:paraId="05D3B1DD" w14:textId="77777777" w:rsidR="00F92F3A" w:rsidRDefault="00000000">
            <w:pPr>
              <w:jc w:val="center"/>
            </w:pPr>
            <w:r>
              <w:rPr>
                <w:b/>
                <w:bCs/>
              </w:rPr>
              <w:t>Thu</w:t>
            </w:r>
          </w:p>
        </w:tc>
        <w:tc>
          <w:tcPr>
            <w:tcW w:w="2043" w:type="dxa"/>
          </w:tcPr>
          <w:p w14:paraId="255B2907" w14:textId="77777777" w:rsidR="00F92F3A" w:rsidRDefault="00000000">
            <w:pPr>
              <w:jc w:val="center"/>
            </w:pPr>
            <w:r>
              <w:rPr>
                <w:b/>
                <w:bCs/>
              </w:rPr>
              <w:t>Fri</w:t>
            </w:r>
          </w:p>
        </w:tc>
        <w:tc>
          <w:tcPr>
            <w:tcW w:w="2043" w:type="dxa"/>
          </w:tcPr>
          <w:p w14:paraId="3541BECC" w14:textId="77777777" w:rsidR="00F92F3A" w:rsidRDefault="00000000">
            <w:pPr>
              <w:jc w:val="center"/>
            </w:pPr>
            <w:r>
              <w:rPr>
                <w:b/>
                <w:bCs/>
              </w:rPr>
              <w:t>Sat</w:t>
            </w:r>
          </w:p>
        </w:tc>
        <w:tc>
          <w:tcPr>
            <w:tcW w:w="2043" w:type="dxa"/>
          </w:tcPr>
          <w:p w14:paraId="36415600" w14:textId="77777777" w:rsidR="00F92F3A" w:rsidRDefault="00000000">
            <w:pPr>
              <w:jc w:val="center"/>
            </w:pPr>
            <w:r>
              <w:rPr>
                <w:b/>
                <w:bCs/>
              </w:rPr>
              <w:t>Sun</w:t>
            </w:r>
          </w:p>
        </w:tc>
      </w:tr>
      <w:tr w:rsidR="00F92F3A" w14:paraId="3F2B5300" w14:textId="77777777">
        <w:trPr>
          <w:trHeight w:val="1824"/>
        </w:trPr>
        <w:tc>
          <w:tcPr>
            <w:tcW w:w="2043" w:type="dxa"/>
          </w:tcPr>
          <w:p w14:paraId="570C2273" w14:textId="77777777" w:rsidR="00F92F3A" w:rsidRDefault="00F92F3A"/>
        </w:tc>
        <w:tc>
          <w:tcPr>
            <w:tcW w:w="2043" w:type="dxa"/>
          </w:tcPr>
          <w:p w14:paraId="079271B8" w14:textId="77777777" w:rsidR="00F92F3A" w:rsidRDefault="00F92F3A"/>
        </w:tc>
        <w:tc>
          <w:tcPr>
            <w:tcW w:w="2043" w:type="dxa"/>
          </w:tcPr>
          <w:p w14:paraId="18214E74" w14:textId="77777777" w:rsidR="00F92F3A" w:rsidRDefault="00F92F3A"/>
        </w:tc>
        <w:tc>
          <w:tcPr>
            <w:tcW w:w="2043" w:type="dxa"/>
            <w:shd w:val="clear" w:color="auto" w:fill="FFF2CC"/>
          </w:tcPr>
          <w:p w14:paraId="50CB6ADE" w14:textId="77777777" w:rsidR="00F92F3A" w:rsidRDefault="00000000">
            <w:r>
              <w:rPr>
                <w:b/>
                <w:bCs/>
              </w:rPr>
              <w:t>1</w:t>
            </w:r>
          </w:p>
        </w:tc>
        <w:tc>
          <w:tcPr>
            <w:tcW w:w="2043" w:type="dxa"/>
            <w:shd w:val="clear" w:color="auto" w:fill="FFF2CC"/>
          </w:tcPr>
          <w:p w14:paraId="26CF9F5E" w14:textId="77777777" w:rsidR="00F92F3A" w:rsidRDefault="00000000">
            <w:r>
              <w:rPr>
                <w:b/>
                <w:bCs/>
              </w:rPr>
              <w:t>2</w:t>
            </w:r>
          </w:p>
        </w:tc>
        <w:tc>
          <w:tcPr>
            <w:tcW w:w="2043" w:type="dxa"/>
            <w:shd w:val="clear" w:color="auto" w:fill="FFF2CC"/>
          </w:tcPr>
          <w:p w14:paraId="06218F07" w14:textId="77777777" w:rsidR="00F92F3A" w:rsidRDefault="00000000">
            <w:r>
              <w:rPr>
                <w:b/>
                <w:bCs/>
              </w:rPr>
              <w:t>3</w:t>
            </w:r>
          </w:p>
        </w:tc>
        <w:tc>
          <w:tcPr>
            <w:tcW w:w="2043" w:type="dxa"/>
            <w:shd w:val="clear" w:color="auto" w:fill="FFF2CC"/>
          </w:tcPr>
          <w:p w14:paraId="5078A3A8" w14:textId="77777777" w:rsidR="00F92F3A" w:rsidRDefault="00000000">
            <w:r>
              <w:rPr>
                <w:b/>
                <w:bCs/>
              </w:rPr>
              <w:t>4</w:t>
            </w:r>
          </w:p>
        </w:tc>
      </w:tr>
      <w:tr w:rsidR="00F92F3A" w14:paraId="0ADBBE58" w14:textId="77777777">
        <w:trPr>
          <w:trHeight w:val="1785"/>
        </w:trPr>
        <w:tc>
          <w:tcPr>
            <w:tcW w:w="2043" w:type="dxa"/>
            <w:shd w:val="clear" w:color="auto" w:fill="FFF2CC"/>
          </w:tcPr>
          <w:p w14:paraId="7C1C0136" w14:textId="77777777" w:rsidR="00F92F3A" w:rsidRDefault="00000000">
            <w:r>
              <w:rPr>
                <w:b/>
                <w:bCs/>
              </w:rPr>
              <w:t>5</w:t>
            </w:r>
            <w:r>
              <w:t xml:space="preserve"> ★</w:t>
            </w:r>
          </w:p>
          <w:p w14:paraId="59676921" w14:textId="77777777" w:rsidR="00F92F3A" w:rsidRDefault="00000000">
            <w:r>
              <w:rPr>
                <w:sz w:val="16"/>
                <w:szCs w:val="16"/>
              </w:rPr>
              <w:t>King's Birthday</w:t>
            </w:r>
          </w:p>
        </w:tc>
        <w:tc>
          <w:tcPr>
            <w:tcW w:w="2043" w:type="dxa"/>
          </w:tcPr>
          <w:p w14:paraId="6F390235" w14:textId="77777777" w:rsidR="00F92F3A" w:rsidRDefault="00000000">
            <w:r>
              <w:rPr>
                <w:b/>
                <w:bCs/>
              </w:rPr>
              <w:t>6</w:t>
            </w:r>
          </w:p>
        </w:tc>
        <w:tc>
          <w:tcPr>
            <w:tcW w:w="2043" w:type="dxa"/>
          </w:tcPr>
          <w:p w14:paraId="7916A8AE" w14:textId="77777777" w:rsidR="00F92F3A" w:rsidRDefault="00000000">
            <w:r>
              <w:rPr>
                <w:b/>
                <w:bCs/>
              </w:rPr>
              <w:t>7</w:t>
            </w:r>
          </w:p>
        </w:tc>
        <w:tc>
          <w:tcPr>
            <w:tcW w:w="2043" w:type="dxa"/>
          </w:tcPr>
          <w:p w14:paraId="75521E1C" w14:textId="77777777" w:rsidR="00F92F3A" w:rsidRDefault="00000000">
            <w:r>
              <w:rPr>
                <w:b/>
                <w:bCs/>
              </w:rPr>
              <w:t>8</w:t>
            </w:r>
          </w:p>
        </w:tc>
        <w:tc>
          <w:tcPr>
            <w:tcW w:w="2043" w:type="dxa"/>
          </w:tcPr>
          <w:p w14:paraId="6A59FE99" w14:textId="77777777" w:rsidR="00F92F3A" w:rsidRDefault="00000000">
            <w:r>
              <w:rPr>
                <w:b/>
                <w:bCs/>
              </w:rPr>
              <w:t>9</w:t>
            </w:r>
          </w:p>
        </w:tc>
        <w:tc>
          <w:tcPr>
            <w:tcW w:w="2043" w:type="dxa"/>
          </w:tcPr>
          <w:p w14:paraId="1989191D" w14:textId="77777777" w:rsidR="00F92F3A" w:rsidRDefault="00000000">
            <w:r>
              <w:rPr>
                <w:b/>
                <w:bCs/>
              </w:rPr>
              <w:t>10</w:t>
            </w:r>
          </w:p>
        </w:tc>
        <w:tc>
          <w:tcPr>
            <w:tcW w:w="2043" w:type="dxa"/>
          </w:tcPr>
          <w:p w14:paraId="3B9525BB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  <w:p w14:paraId="63D5599D" w14:textId="77777777" w:rsidR="00F92F3A" w:rsidRDefault="00F92F3A"/>
        </w:tc>
      </w:tr>
      <w:tr w:rsidR="00F92F3A" w14:paraId="673DC9F2" w14:textId="77777777">
        <w:trPr>
          <w:trHeight w:val="1824"/>
        </w:trPr>
        <w:tc>
          <w:tcPr>
            <w:tcW w:w="2043" w:type="dxa"/>
          </w:tcPr>
          <w:p w14:paraId="2B21F56F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  <w:p w14:paraId="50D17765" w14:textId="77777777" w:rsidR="00F92F3A" w:rsidRDefault="00000000">
            <w:r>
              <w:t>Mixed – Round 1</w:t>
            </w:r>
          </w:p>
        </w:tc>
        <w:tc>
          <w:tcPr>
            <w:tcW w:w="2043" w:type="dxa"/>
          </w:tcPr>
          <w:p w14:paraId="0EDE2FE4" w14:textId="77777777" w:rsidR="00F92F3A" w:rsidRDefault="00000000">
            <w:r>
              <w:rPr>
                <w:b/>
                <w:bCs/>
              </w:rPr>
              <w:t>13</w:t>
            </w:r>
          </w:p>
        </w:tc>
        <w:tc>
          <w:tcPr>
            <w:tcW w:w="2043" w:type="dxa"/>
          </w:tcPr>
          <w:p w14:paraId="7CDFFB44" w14:textId="77777777" w:rsidR="00F92F3A" w:rsidRDefault="00000000">
            <w:r>
              <w:rPr>
                <w:b/>
                <w:bCs/>
              </w:rPr>
              <w:t>14</w:t>
            </w:r>
          </w:p>
        </w:tc>
        <w:tc>
          <w:tcPr>
            <w:tcW w:w="2043" w:type="dxa"/>
          </w:tcPr>
          <w:p w14:paraId="37B75DCF" w14:textId="77777777" w:rsidR="00F92F3A" w:rsidRDefault="00000000">
            <w:r>
              <w:rPr>
                <w:b/>
                <w:bCs/>
              </w:rPr>
              <w:t>15</w:t>
            </w:r>
          </w:p>
        </w:tc>
        <w:tc>
          <w:tcPr>
            <w:tcW w:w="2043" w:type="dxa"/>
          </w:tcPr>
          <w:p w14:paraId="10969CA7" w14:textId="77777777" w:rsidR="00F92F3A" w:rsidRDefault="00000000">
            <w:r>
              <w:rPr>
                <w:b/>
                <w:bCs/>
              </w:rPr>
              <w:t>16</w:t>
            </w:r>
          </w:p>
        </w:tc>
        <w:tc>
          <w:tcPr>
            <w:tcW w:w="2043" w:type="dxa"/>
          </w:tcPr>
          <w:p w14:paraId="7D046CF5" w14:textId="77777777" w:rsidR="00F92F3A" w:rsidRDefault="00000000">
            <w:r>
              <w:rPr>
                <w:b/>
                <w:bCs/>
              </w:rPr>
              <w:t>17</w:t>
            </w:r>
          </w:p>
        </w:tc>
        <w:tc>
          <w:tcPr>
            <w:tcW w:w="2043" w:type="dxa"/>
          </w:tcPr>
          <w:p w14:paraId="2DD4FF59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  <w:p w14:paraId="5F54B50C" w14:textId="77777777" w:rsidR="00F92F3A" w:rsidRDefault="00000000">
            <w:r>
              <w:t xml:space="preserve">11 yrs Get ready for rep session </w:t>
            </w:r>
          </w:p>
          <w:p w14:paraId="4FB284A5" w14:textId="77777777" w:rsidR="00F92F3A" w:rsidRDefault="00000000">
            <w:pPr>
              <w:rPr>
                <w:b/>
                <w:bCs/>
              </w:rPr>
            </w:pPr>
            <w:r>
              <w:t>3pm-5pm CCNA</w:t>
            </w:r>
          </w:p>
          <w:p w14:paraId="0E978E61" w14:textId="77777777" w:rsidR="00F92F3A" w:rsidRDefault="00F92F3A"/>
        </w:tc>
      </w:tr>
      <w:tr w:rsidR="00F92F3A" w14:paraId="75D9D73F" w14:textId="77777777">
        <w:trPr>
          <w:trHeight w:val="1824"/>
        </w:trPr>
        <w:tc>
          <w:tcPr>
            <w:tcW w:w="2043" w:type="dxa"/>
          </w:tcPr>
          <w:p w14:paraId="48793749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  <w:p w14:paraId="6D4AB459" w14:textId="77777777" w:rsidR="00F92F3A" w:rsidRDefault="00000000">
            <w:r>
              <w:t>Mixed – Round 2</w:t>
            </w:r>
          </w:p>
        </w:tc>
        <w:tc>
          <w:tcPr>
            <w:tcW w:w="2043" w:type="dxa"/>
          </w:tcPr>
          <w:p w14:paraId="65F5A973" w14:textId="77777777" w:rsidR="00F92F3A" w:rsidRDefault="00000000">
            <w:r>
              <w:rPr>
                <w:b/>
                <w:bCs/>
              </w:rPr>
              <w:t>20</w:t>
            </w:r>
          </w:p>
        </w:tc>
        <w:tc>
          <w:tcPr>
            <w:tcW w:w="2043" w:type="dxa"/>
          </w:tcPr>
          <w:p w14:paraId="1C728901" w14:textId="77777777" w:rsidR="00F92F3A" w:rsidRDefault="00000000">
            <w:r>
              <w:rPr>
                <w:b/>
                <w:bCs/>
              </w:rPr>
              <w:t>21</w:t>
            </w:r>
          </w:p>
        </w:tc>
        <w:tc>
          <w:tcPr>
            <w:tcW w:w="2043" w:type="dxa"/>
          </w:tcPr>
          <w:p w14:paraId="70FEB83D" w14:textId="77777777" w:rsidR="00F92F3A" w:rsidRDefault="00000000">
            <w:r>
              <w:rPr>
                <w:b/>
                <w:bCs/>
              </w:rPr>
              <w:t>22</w:t>
            </w:r>
          </w:p>
        </w:tc>
        <w:tc>
          <w:tcPr>
            <w:tcW w:w="2043" w:type="dxa"/>
          </w:tcPr>
          <w:p w14:paraId="76EEE3EF" w14:textId="77777777" w:rsidR="00F92F3A" w:rsidRDefault="00000000">
            <w:r>
              <w:rPr>
                <w:b/>
                <w:bCs/>
              </w:rPr>
              <w:t>23</w:t>
            </w:r>
          </w:p>
        </w:tc>
        <w:tc>
          <w:tcPr>
            <w:tcW w:w="2043" w:type="dxa"/>
          </w:tcPr>
          <w:p w14:paraId="45AB37B1" w14:textId="77777777" w:rsidR="00F92F3A" w:rsidRDefault="00000000">
            <w:r>
              <w:rPr>
                <w:b/>
                <w:bCs/>
              </w:rPr>
              <w:t>24</w:t>
            </w:r>
          </w:p>
        </w:tc>
        <w:tc>
          <w:tcPr>
            <w:tcW w:w="2043" w:type="dxa"/>
          </w:tcPr>
          <w:p w14:paraId="5484627B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  <w:p w14:paraId="75C2F913" w14:textId="77777777" w:rsidR="00F92F3A" w:rsidRDefault="00000000">
            <w:r>
              <w:t xml:space="preserve">11 yrs Get ready for rep session </w:t>
            </w:r>
          </w:p>
          <w:p w14:paraId="53DA396C" w14:textId="77777777" w:rsidR="00F92F3A" w:rsidRDefault="00000000">
            <w:r>
              <w:t>3pm-5pm CCNA</w:t>
            </w:r>
          </w:p>
        </w:tc>
      </w:tr>
      <w:tr w:rsidR="00F92F3A" w14:paraId="0B3E8F6E" w14:textId="77777777">
        <w:trPr>
          <w:trHeight w:val="1962"/>
        </w:trPr>
        <w:tc>
          <w:tcPr>
            <w:tcW w:w="2043" w:type="dxa"/>
          </w:tcPr>
          <w:p w14:paraId="4123851F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  <w:p w14:paraId="0AB6CC35" w14:textId="77777777" w:rsidR="00F92F3A" w:rsidRDefault="00000000">
            <w:r>
              <w:t>Mixed – Round 3</w:t>
            </w:r>
          </w:p>
        </w:tc>
        <w:tc>
          <w:tcPr>
            <w:tcW w:w="2043" w:type="dxa"/>
          </w:tcPr>
          <w:p w14:paraId="21C4CDD8" w14:textId="77777777" w:rsidR="00F92F3A" w:rsidRDefault="00000000">
            <w:r>
              <w:rPr>
                <w:b/>
                <w:bCs/>
              </w:rPr>
              <w:t>27</w:t>
            </w:r>
          </w:p>
        </w:tc>
        <w:tc>
          <w:tcPr>
            <w:tcW w:w="2043" w:type="dxa"/>
          </w:tcPr>
          <w:p w14:paraId="1619A0FA" w14:textId="77777777" w:rsidR="00F92F3A" w:rsidRDefault="00000000">
            <w:r>
              <w:rPr>
                <w:b/>
                <w:bCs/>
              </w:rPr>
              <w:t>28</w:t>
            </w:r>
          </w:p>
        </w:tc>
        <w:tc>
          <w:tcPr>
            <w:tcW w:w="2043" w:type="dxa"/>
          </w:tcPr>
          <w:p w14:paraId="70415190" w14:textId="77777777" w:rsidR="00F92F3A" w:rsidRDefault="00000000">
            <w:r>
              <w:rPr>
                <w:b/>
                <w:bCs/>
              </w:rPr>
              <w:t>29</w:t>
            </w:r>
          </w:p>
        </w:tc>
        <w:tc>
          <w:tcPr>
            <w:tcW w:w="2043" w:type="dxa"/>
          </w:tcPr>
          <w:p w14:paraId="14E2EABD" w14:textId="77777777" w:rsidR="00F92F3A" w:rsidRDefault="00000000">
            <w:r>
              <w:rPr>
                <w:b/>
                <w:bCs/>
              </w:rPr>
              <w:t>30</w:t>
            </w:r>
          </w:p>
        </w:tc>
        <w:tc>
          <w:tcPr>
            <w:tcW w:w="2043" w:type="dxa"/>
          </w:tcPr>
          <w:p w14:paraId="60541E03" w14:textId="77777777" w:rsidR="00F92F3A" w:rsidRDefault="00000000">
            <w:r>
              <w:rPr>
                <w:b/>
                <w:bCs/>
              </w:rPr>
              <w:t>31</w:t>
            </w:r>
          </w:p>
        </w:tc>
        <w:tc>
          <w:tcPr>
            <w:tcW w:w="2043" w:type="dxa"/>
          </w:tcPr>
          <w:p w14:paraId="161052A0" w14:textId="77777777" w:rsidR="00F92F3A" w:rsidRDefault="00F92F3A"/>
        </w:tc>
      </w:tr>
    </w:tbl>
    <w:p w14:paraId="7A11377D" w14:textId="77777777" w:rsidR="00F92F3A" w:rsidRDefault="00000000">
      <w:r>
        <w:br w:type="page"/>
      </w:r>
    </w:p>
    <w:p w14:paraId="018AB006" w14:textId="77777777" w:rsidR="00F92F3A" w:rsidRDefault="00000000">
      <w:pPr>
        <w:pStyle w:val="Heading1"/>
        <w:jc w:val="center"/>
      </w:pPr>
      <w:r>
        <w:lastRenderedPageBreak/>
        <w:t>November 2026</w:t>
      </w:r>
    </w:p>
    <w:tbl>
      <w:tblPr>
        <w:tblStyle w:val="ac"/>
        <w:tblW w:w="14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38"/>
        <w:gridCol w:w="2038"/>
        <w:gridCol w:w="2038"/>
        <w:gridCol w:w="2038"/>
        <w:gridCol w:w="2038"/>
        <w:gridCol w:w="2038"/>
        <w:gridCol w:w="2038"/>
      </w:tblGrid>
      <w:tr w:rsidR="00F92F3A" w14:paraId="202FC0B7" w14:textId="77777777">
        <w:trPr>
          <w:trHeight w:val="483"/>
        </w:trPr>
        <w:tc>
          <w:tcPr>
            <w:tcW w:w="2038" w:type="dxa"/>
          </w:tcPr>
          <w:p w14:paraId="408F822A" w14:textId="77777777" w:rsidR="00F92F3A" w:rsidRDefault="00000000">
            <w:pPr>
              <w:jc w:val="center"/>
            </w:pPr>
            <w:r>
              <w:rPr>
                <w:b/>
                <w:bCs/>
              </w:rPr>
              <w:t>Mon</w:t>
            </w:r>
          </w:p>
        </w:tc>
        <w:tc>
          <w:tcPr>
            <w:tcW w:w="2038" w:type="dxa"/>
          </w:tcPr>
          <w:p w14:paraId="5C8150A3" w14:textId="77777777" w:rsidR="00F92F3A" w:rsidRDefault="00000000">
            <w:pPr>
              <w:jc w:val="center"/>
            </w:pPr>
            <w:r>
              <w:rPr>
                <w:b/>
                <w:bCs/>
              </w:rPr>
              <w:t>Tue</w:t>
            </w:r>
          </w:p>
        </w:tc>
        <w:tc>
          <w:tcPr>
            <w:tcW w:w="2038" w:type="dxa"/>
          </w:tcPr>
          <w:p w14:paraId="67FF582D" w14:textId="77777777" w:rsidR="00F92F3A" w:rsidRDefault="00000000">
            <w:pPr>
              <w:jc w:val="center"/>
            </w:pPr>
            <w:r>
              <w:rPr>
                <w:b/>
                <w:bCs/>
              </w:rPr>
              <w:t>Wed</w:t>
            </w:r>
          </w:p>
        </w:tc>
        <w:tc>
          <w:tcPr>
            <w:tcW w:w="2038" w:type="dxa"/>
          </w:tcPr>
          <w:p w14:paraId="49E6A3D1" w14:textId="77777777" w:rsidR="00F92F3A" w:rsidRDefault="00000000">
            <w:pPr>
              <w:jc w:val="center"/>
            </w:pPr>
            <w:r>
              <w:rPr>
                <w:b/>
                <w:bCs/>
              </w:rPr>
              <w:t>Thu</w:t>
            </w:r>
          </w:p>
        </w:tc>
        <w:tc>
          <w:tcPr>
            <w:tcW w:w="2038" w:type="dxa"/>
          </w:tcPr>
          <w:p w14:paraId="3027713A" w14:textId="77777777" w:rsidR="00F92F3A" w:rsidRDefault="00000000">
            <w:pPr>
              <w:jc w:val="center"/>
            </w:pPr>
            <w:r>
              <w:rPr>
                <w:b/>
                <w:bCs/>
              </w:rPr>
              <w:t>Fri</w:t>
            </w:r>
          </w:p>
        </w:tc>
        <w:tc>
          <w:tcPr>
            <w:tcW w:w="2038" w:type="dxa"/>
          </w:tcPr>
          <w:p w14:paraId="742F91EA" w14:textId="77777777" w:rsidR="00F92F3A" w:rsidRDefault="00000000">
            <w:pPr>
              <w:jc w:val="center"/>
            </w:pPr>
            <w:r>
              <w:rPr>
                <w:b/>
                <w:bCs/>
              </w:rPr>
              <w:t>Sat</w:t>
            </w:r>
          </w:p>
        </w:tc>
        <w:tc>
          <w:tcPr>
            <w:tcW w:w="2038" w:type="dxa"/>
          </w:tcPr>
          <w:p w14:paraId="5FFDA1A9" w14:textId="77777777" w:rsidR="00F92F3A" w:rsidRDefault="00000000">
            <w:pPr>
              <w:jc w:val="center"/>
            </w:pPr>
            <w:r>
              <w:rPr>
                <w:b/>
                <w:bCs/>
              </w:rPr>
              <w:t>Sun</w:t>
            </w:r>
          </w:p>
        </w:tc>
      </w:tr>
      <w:tr w:rsidR="00F92F3A" w14:paraId="555C44B9" w14:textId="77777777">
        <w:trPr>
          <w:trHeight w:val="1443"/>
        </w:trPr>
        <w:tc>
          <w:tcPr>
            <w:tcW w:w="2038" w:type="dxa"/>
          </w:tcPr>
          <w:p w14:paraId="6300EAAB" w14:textId="77777777" w:rsidR="00F92F3A" w:rsidRDefault="00F92F3A"/>
        </w:tc>
        <w:tc>
          <w:tcPr>
            <w:tcW w:w="2038" w:type="dxa"/>
          </w:tcPr>
          <w:p w14:paraId="3537992F" w14:textId="77777777" w:rsidR="00F92F3A" w:rsidRDefault="00F92F3A"/>
        </w:tc>
        <w:tc>
          <w:tcPr>
            <w:tcW w:w="2038" w:type="dxa"/>
          </w:tcPr>
          <w:p w14:paraId="30FC6B9A" w14:textId="77777777" w:rsidR="00F92F3A" w:rsidRDefault="00F92F3A"/>
        </w:tc>
        <w:tc>
          <w:tcPr>
            <w:tcW w:w="2038" w:type="dxa"/>
          </w:tcPr>
          <w:p w14:paraId="5EB8D061" w14:textId="77777777" w:rsidR="00F92F3A" w:rsidRDefault="00F92F3A"/>
        </w:tc>
        <w:tc>
          <w:tcPr>
            <w:tcW w:w="2038" w:type="dxa"/>
          </w:tcPr>
          <w:p w14:paraId="731F067B" w14:textId="77777777" w:rsidR="00F92F3A" w:rsidRDefault="00F92F3A"/>
        </w:tc>
        <w:tc>
          <w:tcPr>
            <w:tcW w:w="2038" w:type="dxa"/>
          </w:tcPr>
          <w:p w14:paraId="08489672" w14:textId="77777777" w:rsidR="00F92F3A" w:rsidRDefault="00F92F3A"/>
        </w:tc>
        <w:tc>
          <w:tcPr>
            <w:tcW w:w="2038" w:type="dxa"/>
          </w:tcPr>
          <w:p w14:paraId="63C04D55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  <w:p w14:paraId="63639F60" w14:textId="77777777" w:rsidR="00F92F3A" w:rsidRDefault="00000000">
            <w:r>
              <w:t xml:space="preserve">11 yrs Get ready for rep session </w:t>
            </w:r>
          </w:p>
          <w:p w14:paraId="7FE61C7C" w14:textId="77777777" w:rsidR="00F92F3A" w:rsidRDefault="00000000">
            <w:pPr>
              <w:rPr>
                <w:b/>
                <w:bCs/>
              </w:rPr>
            </w:pPr>
            <w:r>
              <w:t>3pm-5pm CCNA</w:t>
            </w:r>
          </w:p>
          <w:p w14:paraId="39DFAF7E" w14:textId="77777777" w:rsidR="00F92F3A" w:rsidRDefault="00F92F3A"/>
        </w:tc>
      </w:tr>
      <w:tr w:rsidR="00F92F3A" w14:paraId="2FDCAB6C" w14:textId="77777777">
        <w:trPr>
          <w:trHeight w:val="1552"/>
        </w:trPr>
        <w:tc>
          <w:tcPr>
            <w:tcW w:w="2038" w:type="dxa"/>
          </w:tcPr>
          <w:p w14:paraId="4FC53FC7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  <w:p w14:paraId="5D2C9593" w14:textId="77777777" w:rsidR="00F92F3A" w:rsidRDefault="00000000">
            <w:r>
              <w:t>Mixed – Round 4</w:t>
            </w:r>
          </w:p>
        </w:tc>
        <w:tc>
          <w:tcPr>
            <w:tcW w:w="2038" w:type="dxa"/>
          </w:tcPr>
          <w:p w14:paraId="127311E8" w14:textId="77777777" w:rsidR="00F92F3A" w:rsidRDefault="00000000">
            <w:r>
              <w:rPr>
                <w:b/>
                <w:bCs/>
              </w:rPr>
              <w:t>3</w:t>
            </w:r>
          </w:p>
        </w:tc>
        <w:tc>
          <w:tcPr>
            <w:tcW w:w="2038" w:type="dxa"/>
          </w:tcPr>
          <w:p w14:paraId="63829B2A" w14:textId="77777777" w:rsidR="00F92F3A" w:rsidRDefault="00000000">
            <w:r>
              <w:rPr>
                <w:b/>
                <w:bCs/>
              </w:rPr>
              <w:t>4</w:t>
            </w:r>
          </w:p>
        </w:tc>
        <w:tc>
          <w:tcPr>
            <w:tcW w:w="2038" w:type="dxa"/>
          </w:tcPr>
          <w:p w14:paraId="248788B4" w14:textId="77777777" w:rsidR="00F92F3A" w:rsidRDefault="00000000">
            <w:r>
              <w:rPr>
                <w:b/>
                <w:bCs/>
              </w:rPr>
              <w:t>5</w:t>
            </w:r>
          </w:p>
        </w:tc>
        <w:tc>
          <w:tcPr>
            <w:tcW w:w="2038" w:type="dxa"/>
          </w:tcPr>
          <w:p w14:paraId="7E943130" w14:textId="77777777" w:rsidR="00F92F3A" w:rsidRDefault="00000000">
            <w:r>
              <w:rPr>
                <w:b/>
                <w:bCs/>
              </w:rPr>
              <w:t>6</w:t>
            </w:r>
          </w:p>
        </w:tc>
        <w:tc>
          <w:tcPr>
            <w:tcW w:w="2038" w:type="dxa"/>
          </w:tcPr>
          <w:p w14:paraId="162FE970" w14:textId="77777777" w:rsidR="00F92F3A" w:rsidRDefault="00000000">
            <w:r>
              <w:rPr>
                <w:b/>
                <w:bCs/>
              </w:rPr>
              <w:t>7</w:t>
            </w:r>
          </w:p>
        </w:tc>
        <w:tc>
          <w:tcPr>
            <w:tcW w:w="2038" w:type="dxa"/>
          </w:tcPr>
          <w:p w14:paraId="471B2FD9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  <w:p w14:paraId="79078094" w14:textId="77777777" w:rsidR="00F92F3A" w:rsidRDefault="00000000">
            <w:r>
              <w:rPr>
                <w:b/>
                <w:bCs/>
              </w:rPr>
              <w:t>Rep Trials?</w:t>
            </w:r>
          </w:p>
        </w:tc>
      </w:tr>
      <w:tr w:rsidR="00F92F3A" w14:paraId="799307D2" w14:textId="77777777">
        <w:trPr>
          <w:trHeight w:val="1443"/>
        </w:trPr>
        <w:tc>
          <w:tcPr>
            <w:tcW w:w="2038" w:type="dxa"/>
          </w:tcPr>
          <w:p w14:paraId="3FA9193D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  <w:p w14:paraId="553A0C2E" w14:textId="77777777" w:rsidR="00F92F3A" w:rsidRDefault="00000000">
            <w:r>
              <w:t>Mixed – Round 5</w:t>
            </w:r>
          </w:p>
        </w:tc>
        <w:tc>
          <w:tcPr>
            <w:tcW w:w="2038" w:type="dxa"/>
          </w:tcPr>
          <w:p w14:paraId="2EF22471" w14:textId="77777777" w:rsidR="00F92F3A" w:rsidRDefault="00000000">
            <w:r>
              <w:rPr>
                <w:b/>
                <w:bCs/>
              </w:rPr>
              <w:t>10</w:t>
            </w:r>
          </w:p>
        </w:tc>
        <w:tc>
          <w:tcPr>
            <w:tcW w:w="2038" w:type="dxa"/>
          </w:tcPr>
          <w:p w14:paraId="1A6CD3D3" w14:textId="77777777" w:rsidR="00F92F3A" w:rsidRDefault="00000000">
            <w:r>
              <w:rPr>
                <w:b/>
                <w:bCs/>
              </w:rPr>
              <w:t>11</w:t>
            </w:r>
          </w:p>
        </w:tc>
        <w:tc>
          <w:tcPr>
            <w:tcW w:w="2038" w:type="dxa"/>
          </w:tcPr>
          <w:p w14:paraId="5C071826" w14:textId="77777777" w:rsidR="00F92F3A" w:rsidRDefault="00000000">
            <w:r>
              <w:rPr>
                <w:b/>
                <w:bCs/>
              </w:rPr>
              <w:t>12</w:t>
            </w:r>
          </w:p>
        </w:tc>
        <w:tc>
          <w:tcPr>
            <w:tcW w:w="2038" w:type="dxa"/>
          </w:tcPr>
          <w:p w14:paraId="1736431F" w14:textId="77777777" w:rsidR="00F92F3A" w:rsidRDefault="00000000">
            <w:r>
              <w:rPr>
                <w:b/>
                <w:bCs/>
              </w:rPr>
              <w:t>13</w:t>
            </w:r>
          </w:p>
        </w:tc>
        <w:tc>
          <w:tcPr>
            <w:tcW w:w="2038" w:type="dxa"/>
          </w:tcPr>
          <w:p w14:paraId="17B9C385" w14:textId="77777777" w:rsidR="00F92F3A" w:rsidRDefault="00000000">
            <w:r>
              <w:rPr>
                <w:b/>
                <w:bCs/>
              </w:rPr>
              <w:t>14</w:t>
            </w:r>
          </w:p>
        </w:tc>
        <w:tc>
          <w:tcPr>
            <w:tcW w:w="2038" w:type="dxa"/>
          </w:tcPr>
          <w:p w14:paraId="4C8E9531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  <w:p w14:paraId="14FE4468" w14:textId="77777777" w:rsidR="00F92F3A" w:rsidRDefault="00000000">
            <w:r>
              <w:rPr>
                <w:b/>
                <w:bCs/>
              </w:rPr>
              <w:t xml:space="preserve">Rep Trials ? </w:t>
            </w:r>
          </w:p>
        </w:tc>
      </w:tr>
      <w:tr w:rsidR="00F92F3A" w14:paraId="61BE399A" w14:textId="77777777">
        <w:trPr>
          <w:trHeight w:val="1443"/>
        </w:trPr>
        <w:tc>
          <w:tcPr>
            <w:tcW w:w="2038" w:type="dxa"/>
          </w:tcPr>
          <w:p w14:paraId="189FEC6B" w14:textId="77777777" w:rsidR="00F92F3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  <w:p w14:paraId="4A3D725A" w14:textId="77777777" w:rsidR="00F92F3A" w:rsidRDefault="00000000">
            <w:r>
              <w:t>Mixed – Round 6</w:t>
            </w:r>
          </w:p>
        </w:tc>
        <w:tc>
          <w:tcPr>
            <w:tcW w:w="2038" w:type="dxa"/>
          </w:tcPr>
          <w:p w14:paraId="3258CA5A" w14:textId="77777777" w:rsidR="00F92F3A" w:rsidRDefault="00000000">
            <w:r>
              <w:rPr>
                <w:b/>
                <w:bCs/>
              </w:rPr>
              <w:t>17</w:t>
            </w:r>
          </w:p>
        </w:tc>
        <w:tc>
          <w:tcPr>
            <w:tcW w:w="2038" w:type="dxa"/>
          </w:tcPr>
          <w:p w14:paraId="1357A881" w14:textId="77777777" w:rsidR="00F92F3A" w:rsidRDefault="00000000">
            <w:r>
              <w:rPr>
                <w:b/>
                <w:bCs/>
              </w:rPr>
              <w:t>18</w:t>
            </w:r>
          </w:p>
        </w:tc>
        <w:tc>
          <w:tcPr>
            <w:tcW w:w="2038" w:type="dxa"/>
          </w:tcPr>
          <w:p w14:paraId="24E80D1E" w14:textId="77777777" w:rsidR="00F92F3A" w:rsidRDefault="00000000">
            <w:r>
              <w:rPr>
                <w:b/>
                <w:bCs/>
              </w:rPr>
              <w:t>19</w:t>
            </w:r>
          </w:p>
        </w:tc>
        <w:tc>
          <w:tcPr>
            <w:tcW w:w="2038" w:type="dxa"/>
          </w:tcPr>
          <w:p w14:paraId="754C10D6" w14:textId="77777777" w:rsidR="00F92F3A" w:rsidRDefault="00000000">
            <w:r>
              <w:rPr>
                <w:b/>
                <w:bCs/>
              </w:rPr>
              <w:t>20</w:t>
            </w:r>
          </w:p>
        </w:tc>
        <w:tc>
          <w:tcPr>
            <w:tcW w:w="2038" w:type="dxa"/>
          </w:tcPr>
          <w:p w14:paraId="022ED2E3" w14:textId="77777777" w:rsidR="00F92F3A" w:rsidRDefault="00000000">
            <w:r>
              <w:rPr>
                <w:b/>
                <w:bCs/>
              </w:rPr>
              <w:t>21</w:t>
            </w:r>
          </w:p>
        </w:tc>
        <w:tc>
          <w:tcPr>
            <w:tcW w:w="2038" w:type="dxa"/>
          </w:tcPr>
          <w:p w14:paraId="595D0CBB" w14:textId="77777777" w:rsidR="00F92F3A" w:rsidRDefault="00000000">
            <w:r>
              <w:rPr>
                <w:b/>
                <w:bCs/>
              </w:rPr>
              <w:t>22</w:t>
            </w:r>
          </w:p>
        </w:tc>
      </w:tr>
      <w:tr w:rsidR="00F92F3A" w14:paraId="60BDF174" w14:textId="77777777">
        <w:trPr>
          <w:trHeight w:val="1443"/>
        </w:trPr>
        <w:tc>
          <w:tcPr>
            <w:tcW w:w="2038" w:type="dxa"/>
          </w:tcPr>
          <w:p w14:paraId="59B4A75B" w14:textId="77777777" w:rsidR="00F92F3A" w:rsidRDefault="00000000">
            <w:r>
              <w:rPr>
                <w:b/>
                <w:bCs/>
              </w:rPr>
              <w:t>23</w:t>
            </w:r>
          </w:p>
        </w:tc>
        <w:tc>
          <w:tcPr>
            <w:tcW w:w="2038" w:type="dxa"/>
          </w:tcPr>
          <w:p w14:paraId="028522CE" w14:textId="77777777" w:rsidR="00F92F3A" w:rsidRDefault="00000000">
            <w:r>
              <w:rPr>
                <w:b/>
                <w:bCs/>
              </w:rPr>
              <w:t>24</w:t>
            </w:r>
          </w:p>
        </w:tc>
        <w:tc>
          <w:tcPr>
            <w:tcW w:w="2038" w:type="dxa"/>
          </w:tcPr>
          <w:p w14:paraId="4894FD05" w14:textId="77777777" w:rsidR="00F92F3A" w:rsidRDefault="00000000">
            <w:r>
              <w:rPr>
                <w:b/>
                <w:bCs/>
              </w:rPr>
              <w:t>25</w:t>
            </w:r>
          </w:p>
        </w:tc>
        <w:tc>
          <w:tcPr>
            <w:tcW w:w="2038" w:type="dxa"/>
          </w:tcPr>
          <w:p w14:paraId="16BB8DE6" w14:textId="77777777" w:rsidR="00F92F3A" w:rsidRDefault="00000000">
            <w:r>
              <w:rPr>
                <w:b/>
                <w:bCs/>
              </w:rPr>
              <w:t>26</w:t>
            </w:r>
          </w:p>
        </w:tc>
        <w:tc>
          <w:tcPr>
            <w:tcW w:w="2038" w:type="dxa"/>
          </w:tcPr>
          <w:p w14:paraId="343F7C4F" w14:textId="77777777" w:rsidR="00F92F3A" w:rsidRDefault="00000000">
            <w:r>
              <w:rPr>
                <w:b/>
                <w:bCs/>
              </w:rPr>
              <w:t>27</w:t>
            </w:r>
          </w:p>
        </w:tc>
        <w:tc>
          <w:tcPr>
            <w:tcW w:w="2038" w:type="dxa"/>
          </w:tcPr>
          <w:p w14:paraId="0290AEAE" w14:textId="77777777" w:rsidR="00F92F3A" w:rsidRDefault="00000000">
            <w:r>
              <w:rPr>
                <w:b/>
                <w:bCs/>
              </w:rPr>
              <w:t>28</w:t>
            </w:r>
          </w:p>
        </w:tc>
        <w:tc>
          <w:tcPr>
            <w:tcW w:w="2038" w:type="dxa"/>
          </w:tcPr>
          <w:p w14:paraId="038A03BC" w14:textId="77777777" w:rsidR="00F92F3A" w:rsidRDefault="00000000">
            <w:r>
              <w:rPr>
                <w:b/>
                <w:bCs/>
              </w:rPr>
              <w:t>29</w:t>
            </w:r>
          </w:p>
        </w:tc>
      </w:tr>
      <w:tr w:rsidR="00F92F3A" w14:paraId="7C16074B" w14:textId="77777777">
        <w:trPr>
          <w:trHeight w:val="1552"/>
        </w:trPr>
        <w:tc>
          <w:tcPr>
            <w:tcW w:w="2038" w:type="dxa"/>
          </w:tcPr>
          <w:p w14:paraId="71E4DBC6" w14:textId="77777777" w:rsidR="00F92F3A" w:rsidRDefault="00000000">
            <w:r>
              <w:rPr>
                <w:b/>
                <w:bCs/>
              </w:rPr>
              <w:t>30</w:t>
            </w:r>
          </w:p>
        </w:tc>
        <w:tc>
          <w:tcPr>
            <w:tcW w:w="2038" w:type="dxa"/>
          </w:tcPr>
          <w:p w14:paraId="73D03A61" w14:textId="77777777" w:rsidR="00F92F3A" w:rsidRDefault="00F92F3A"/>
        </w:tc>
        <w:tc>
          <w:tcPr>
            <w:tcW w:w="2038" w:type="dxa"/>
          </w:tcPr>
          <w:p w14:paraId="165C9A65" w14:textId="77777777" w:rsidR="00F92F3A" w:rsidRDefault="00F92F3A"/>
        </w:tc>
        <w:tc>
          <w:tcPr>
            <w:tcW w:w="2038" w:type="dxa"/>
          </w:tcPr>
          <w:p w14:paraId="799BD19B" w14:textId="77777777" w:rsidR="00F92F3A" w:rsidRDefault="00F92F3A"/>
        </w:tc>
        <w:tc>
          <w:tcPr>
            <w:tcW w:w="2038" w:type="dxa"/>
          </w:tcPr>
          <w:p w14:paraId="69C51AFF" w14:textId="77777777" w:rsidR="00F92F3A" w:rsidRDefault="00F92F3A"/>
        </w:tc>
        <w:tc>
          <w:tcPr>
            <w:tcW w:w="2038" w:type="dxa"/>
          </w:tcPr>
          <w:p w14:paraId="49A993DC" w14:textId="77777777" w:rsidR="00F92F3A" w:rsidRDefault="00F92F3A"/>
        </w:tc>
        <w:tc>
          <w:tcPr>
            <w:tcW w:w="2038" w:type="dxa"/>
          </w:tcPr>
          <w:p w14:paraId="099A35FE" w14:textId="77777777" w:rsidR="00F92F3A" w:rsidRDefault="00F92F3A"/>
        </w:tc>
      </w:tr>
    </w:tbl>
    <w:p w14:paraId="7422C706" w14:textId="77777777" w:rsidR="00F92F3A" w:rsidRDefault="00000000">
      <w:r>
        <w:br w:type="page"/>
      </w:r>
    </w:p>
    <w:p w14:paraId="753A17E7" w14:textId="77777777" w:rsidR="00F92F3A" w:rsidRDefault="00000000">
      <w:pPr>
        <w:pStyle w:val="Heading1"/>
        <w:jc w:val="center"/>
      </w:pPr>
      <w:r>
        <w:lastRenderedPageBreak/>
        <w:t>December 2026</w:t>
      </w:r>
    </w:p>
    <w:tbl>
      <w:tblPr>
        <w:tblStyle w:val="ad"/>
        <w:tblW w:w="14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40"/>
        <w:gridCol w:w="2041"/>
        <w:gridCol w:w="2041"/>
        <w:gridCol w:w="2041"/>
        <w:gridCol w:w="2041"/>
        <w:gridCol w:w="2041"/>
        <w:gridCol w:w="2041"/>
      </w:tblGrid>
      <w:tr w:rsidR="00F92F3A" w14:paraId="26B956EA" w14:textId="77777777">
        <w:trPr>
          <w:trHeight w:val="443"/>
        </w:trPr>
        <w:tc>
          <w:tcPr>
            <w:tcW w:w="2041" w:type="dxa"/>
          </w:tcPr>
          <w:p w14:paraId="50B3FA52" w14:textId="77777777" w:rsidR="00F92F3A" w:rsidRDefault="00000000">
            <w:pPr>
              <w:jc w:val="center"/>
            </w:pPr>
            <w:r>
              <w:rPr>
                <w:b/>
                <w:bCs/>
              </w:rPr>
              <w:t>Mon</w:t>
            </w:r>
          </w:p>
        </w:tc>
        <w:tc>
          <w:tcPr>
            <w:tcW w:w="2041" w:type="dxa"/>
          </w:tcPr>
          <w:p w14:paraId="2396E9F1" w14:textId="77777777" w:rsidR="00F92F3A" w:rsidRDefault="00000000">
            <w:pPr>
              <w:jc w:val="center"/>
            </w:pPr>
            <w:r>
              <w:rPr>
                <w:b/>
                <w:bCs/>
              </w:rPr>
              <w:t>Tue</w:t>
            </w:r>
          </w:p>
        </w:tc>
        <w:tc>
          <w:tcPr>
            <w:tcW w:w="2041" w:type="dxa"/>
          </w:tcPr>
          <w:p w14:paraId="6F998755" w14:textId="77777777" w:rsidR="00F92F3A" w:rsidRDefault="00000000">
            <w:pPr>
              <w:jc w:val="center"/>
            </w:pPr>
            <w:r>
              <w:rPr>
                <w:b/>
                <w:bCs/>
              </w:rPr>
              <w:t>Wed</w:t>
            </w:r>
          </w:p>
        </w:tc>
        <w:tc>
          <w:tcPr>
            <w:tcW w:w="2041" w:type="dxa"/>
          </w:tcPr>
          <w:p w14:paraId="6FE9BE57" w14:textId="77777777" w:rsidR="00F92F3A" w:rsidRDefault="00000000">
            <w:pPr>
              <w:jc w:val="center"/>
            </w:pPr>
            <w:r>
              <w:rPr>
                <w:b/>
                <w:bCs/>
              </w:rPr>
              <w:t>Thu</w:t>
            </w:r>
          </w:p>
        </w:tc>
        <w:tc>
          <w:tcPr>
            <w:tcW w:w="2041" w:type="dxa"/>
          </w:tcPr>
          <w:p w14:paraId="7537F02F" w14:textId="77777777" w:rsidR="00F92F3A" w:rsidRDefault="00000000">
            <w:pPr>
              <w:jc w:val="center"/>
            </w:pPr>
            <w:r>
              <w:rPr>
                <w:b/>
                <w:bCs/>
              </w:rPr>
              <w:t>Fri</w:t>
            </w:r>
          </w:p>
        </w:tc>
        <w:tc>
          <w:tcPr>
            <w:tcW w:w="2041" w:type="dxa"/>
          </w:tcPr>
          <w:p w14:paraId="7E064085" w14:textId="77777777" w:rsidR="00F92F3A" w:rsidRDefault="00000000">
            <w:pPr>
              <w:jc w:val="center"/>
            </w:pPr>
            <w:r>
              <w:rPr>
                <w:b/>
                <w:bCs/>
              </w:rPr>
              <w:t>Sat</w:t>
            </w:r>
          </w:p>
        </w:tc>
        <w:tc>
          <w:tcPr>
            <w:tcW w:w="2041" w:type="dxa"/>
          </w:tcPr>
          <w:p w14:paraId="50E61B7C" w14:textId="77777777" w:rsidR="00F92F3A" w:rsidRDefault="00000000">
            <w:pPr>
              <w:jc w:val="center"/>
            </w:pPr>
            <w:r>
              <w:rPr>
                <w:b/>
                <w:bCs/>
              </w:rPr>
              <w:t>Sun</w:t>
            </w:r>
          </w:p>
        </w:tc>
      </w:tr>
      <w:tr w:rsidR="00F92F3A" w14:paraId="6C22B765" w14:textId="77777777">
        <w:trPr>
          <w:trHeight w:val="1704"/>
        </w:trPr>
        <w:tc>
          <w:tcPr>
            <w:tcW w:w="2041" w:type="dxa"/>
          </w:tcPr>
          <w:p w14:paraId="2F4813F1" w14:textId="77777777" w:rsidR="00F92F3A" w:rsidRDefault="00F92F3A"/>
        </w:tc>
        <w:tc>
          <w:tcPr>
            <w:tcW w:w="2041" w:type="dxa"/>
          </w:tcPr>
          <w:p w14:paraId="7B31E295" w14:textId="77777777" w:rsidR="00F92F3A" w:rsidRDefault="00000000">
            <w:r>
              <w:rPr>
                <w:b/>
                <w:bCs/>
              </w:rPr>
              <w:t>1</w:t>
            </w:r>
          </w:p>
        </w:tc>
        <w:tc>
          <w:tcPr>
            <w:tcW w:w="2041" w:type="dxa"/>
          </w:tcPr>
          <w:p w14:paraId="43CE6CC2" w14:textId="77777777" w:rsidR="00F92F3A" w:rsidRDefault="00000000">
            <w:r>
              <w:rPr>
                <w:b/>
                <w:bCs/>
              </w:rPr>
              <w:t>2</w:t>
            </w:r>
          </w:p>
        </w:tc>
        <w:tc>
          <w:tcPr>
            <w:tcW w:w="2041" w:type="dxa"/>
          </w:tcPr>
          <w:p w14:paraId="612F276A" w14:textId="77777777" w:rsidR="00F92F3A" w:rsidRDefault="00000000">
            <w:r>
              <w:rPr>
                <w:b/>
                <w:bCs/>
              </w:rPr>
              <w:t>3</w:t>
            </w:r>
          </w:p>
        </w:tc>
        <w:tc>
          <w:tcPr>
            <w:tcW w:w="2041" w:type="dxa"/>
          </w:tcPr>
          <w:p w14:paraId="6907FEA6" w14:textId="77777777" w:rsidR="00F92F3A" w:rsidRDefault="00000000">
            <w:r>
              <w:rPr>
                <w:b/>
                <w:bCs/>
              </w:rPr>
              <w:t>4</w:t>
            </w:r>
          </w:p>
        </w:tc>
        <w:tc>
          <w:tcPr>
            <w:tcW w:w="2041" w:type="dxa"/>
          </w:tcPr>
          <w:p w14:paraId="72C10AC8" w14:textId="77777777" w:rsidR="00F92F3A" w:rsidRDefault="00000000">
            <w:r>
              <w:rPr>
                <w:b/>
                <w:bCs/>
              </w:rPr>
              <w:t>5</w:t>
            </w:r>
          </w:p>
        </w:tc>
        <w:tc>
          <w:tcPr>
            <w:tcW w:w="2041" w:type="dxa"/>
          </w:tcPr>
          <w:p w14:paraId="72C78ABF" w14:textId="77777777" w:rsidR="00F92F3A" w:rsidRDefault="00000000">
            <w:r>
              <w:rPr>
                <w:b/>
                <w:bCs/>
              </w:rPr>
              <w:t>6</w:t>
            </w:r>
          </w:p>
        </w:tc>
      </w:tr>
      <w:tr w:rsidR="00F92F3A" w14:paraId="201CDEEE" w14:textId="77777777">
        <w:trPr>
          <w:trHeight w:val="1834"/>
        </w:trPr>
        <w:tc>
          <w:tcPr>
            <w:tcW w:w="2041" w:type="dxa"/>
          </w:tcPr>
          <w:p w14:paraId="0AE2A132" w14:textId="77777777" w:rsidR="00F92F3A" w:rsidRDefault="00000000">
            <w:r>
              <w:rPr>
                <w:b/>
                <w:bCs/>
              </w:rPr>
              <w:t>7</w:t>
            </w:r>
          </w:p>
        </w:tc>
        <w:tc>
          <w:tcPr>
            <w:tcW w:w="2041" w:type="dxa"/>
          </w:tcPr>
          <w:p w14:paraId="334EA640" w14:textId="77777777" w:rsidR="00F92F3A" w:rsidRDefault="00000000">
            <w:r>
              <w:rPr>
                <w:b/>
                <w:bCs/>
              </w:rPr>
              <w:t>8</w:t>
            </w:r>
          </w:p>
        </w:tc>
        <w:tc>
          <w:tcPr>
            <w:tcW w:w="2041" w:type="dxa"/>
          </w:tcPr>
          <w:p w14:paraId="6B4CA9BB" w14:textId="77777777" w:rsidR="00F92F3A" w:rsidRDefault="00000000">
            <w:r>
              <w:rPr>
                <w:b/>
                <w:bCs/>
              </w:rPr>
              <w:t>9</w:t>
            </w:r>
          </w:p>
        </w:tc>
        <w:tc>
          <w:tcPr>
            <w:tcW w:w="2041" w:type="dxa"/>
          </w:tcPr>
          <w:p w14:paraId="77186BE2" w14:textId="77777777" w:rsidR="00F92F3A" w:rsidRDefault="00000000">
            <w:r>
              <w:rPr>
                <w:b/>
                <w:bCs/>
              </w:rPr>
              <w:t>10</w:t>
            </w:r>
          </w:p>
        </w:tc>
        <w:tc>
          <w:tcPr>
            <w:tcW w:w="2041" w:type="dxa"/>
          </w:tcPr>
          <w:p w14:paraId="7EEFAE2A" w14:textId="77777777" w:rsidR="00F92F3A" w:rsidRDefault="00000000">
            <w:r>
              <w:rPr>
                <w:b/>
                <w:bCs/>
              </w:rPr>
              <w:t>11</w:t>
            </w:r>
          </w:p>
        </w:tc>
        <w:tc>
          <w:tcPr>
            <w:tcW w:w="2041" w:type="dxa"/>
            <w:shd w:val="clear" w:color="auto" w:fill="FFF2CC"/>
          </w:tcPr>
          <w:p w14:paraId="4BF98535" w14:textId="77777777" w:rsidR="00F92F3A" w:rsidRDefault="00000000">
            <w:r>
              <w:rPr>
                <w:b/>
                <w:bCs/>
              </w:rPr>
              <w:t>12</w:t>
            </w:r>
          </w:p>
        </w:tc>
        <w:tc>
          <w:tcPr>
            <w:tcW w:w="2041" w:type="dxa"/>
            <w:shd w:val="clear" w:color="auto" w:fill="FFF2CC"/>
          </w:tcPr>
          <w:p w14:paraId="3E781726" w14:textId="77777777" w:rsidR="00F92F3A" w:rsidRDefault="00000000">
            <w:r>
              <w:rPr>
                <w:b/>
                <w:bCs/>
              </w:rPr>
              <w:t>13</w:t>
            </w:r>
          </w:p>
        </w:tc>
      </w:tr>
      <w:tr w:rsidR="00F92F3A" w14:paraId="4E15FEE8" w14:textId="77777777">
        <w:trPr>
          <w:trHeight w:val="1831"/>
        </w:trPr>
        <w:tc>
          <w:tcPr>
            <w:tcW w:w="2041" w:type="dxa"/>
            <w:shd w:val="clear" w:color="auto" w:fill="FFF2CC"/>
          </w:tcPr>
          <w:p w14:paraId="0EA106F0" w14:textId="77777777" w:rsidR="00F92F3A" w:rsidRDefault="00000000">
            <w:r>
              <w:rPr>
                <w:b/>
                <w:bCs/>
              </w:rPr>
              <w:t>14</w:t>
            </w:r>
          </w:p>
        </w:tc>
        <w:tc>
          <w:tcPr>
            <w:tcW w:w="2041" w:type="dxa"/>
            <w:shd w:val="clear" w:color="auto" w:fill="FFF2CC"/>
          </w:tcPr>
          <w:p w14:paraId="5293DAAF" w14:textId="77777777" w:rsidR="00F92F3A" w:rsidRDefault="00000000">
            <w:r>
              <w:rPr>
                <w:b/>
                <w:bCs/>
              </w:rPr>
              <w:t>15</w:t>
            </w:r>
          </w:p>
        </w:tc>
        <w:tc>
          <w:tcPr>
            <w:tcW w:w="2041" w:type="dxa"/>
            <w:shd w:val="clear" w:color="auto" w:fill="FFF2CC"/>
          </w:tcPr>
          <w:p w14:paraId="0D395FF1" w14:textId="77777777" w:rsidR="00F92F3A" w:rsidRDefault="00000000">
            <w:r>
              <w:rPr>
                <w:b/>
                <w:bCs/>
              </w:rPr>
              <w:t>16</w:t>
            </w:r>
          </w:p>
        </w:tc>
        <w:tc>
          <w:tcPr>
            <w:tcW w:w="2041" w:type="dxa"/>
            <w:shd w:val="clear" w:color="auto" w:fill="FFF2CC"/>
          </w:tcPr>
          <w:p w14:paraId="6D225765" w14:textId="77777777" w:rsidR="00F92F3A" w:rsidRDefault="00000000">
            <w:r>
              <w:rPr>
                <w:b/>
                <w:bCs/>
              </w:rPr>
              <w:t>17</w:t>
            </w:r>
          </w:p>
        </w:tc>
        <w:tc>
          <w:tcPr>
            <w:tcW w:w="2041" w:type="dxa"/>
            <w:shd w:val="clear" w:color="auto" w:fill="FFF2CC"/>
          </w:tcPr>
          <w:p w14:paraId="597FBC65" w14:textId="77777777" w:rsidR="00F92F3A" w:rsidRDefault="00000000">
            <w:r>
              <w:rPr>
                <w:b/>
                <w:bCs/>
              </w:rPr>
              <w:t>18</w:t>
            </w:r>
          </w:p>
        </w:tc>
        <w:tc>
          <w:tcPr>
            <w:tcW w:w="2041" w:type="dxa"/>
            <w:shd w:val="clear" w:color="auto" w:fill="FFF2CC"/>
          </w:tcPr>
          <w:p w14:paraId="146B4E87" w14:textId="77777777" w:rsidR="00F92F3A" w:rsidRDefault="00000000">
            <w:r>
              <w:rPr>
                <w:b/>
                <w:bCs/>
              </w:rPr>
              <w:t>19</w:t>
            </w:r>
          </w:p>
        </w:tc>
        <w:tc>
          <w:tcPr>
            <w:tcW w:w="2041" w:type="dxa"/>
            <w:shd w:val="clear" w:color="auto" w:fill="FFF2CC"/>
          </w:tcPr>
          <w:p w14:paraId="73B050BB" w14:textId="77777777" w:rsidR="00F92F3A" w:rsidRDefault="00000000">
            <w:r>
              <w:rPr>
                <w:b/>
                <w:bCs/>
              </w:rPr>
              <w:t>20</w:t>
            </w:r>
          </w:p>
        </w:tc>
      </w:tr>
      <w:tr w:rsidR="00F92F3A" w14:paraId="0A563052" w14:textId="77777777">
        <w:trPr>
          <w:trHeight w:val="1992"/>
        </w:trPr>
        <w:tc>
          <w:tcPr>
            <w:tcW w:w="2041" w:type="dxa"/>
            <w:shd w:val="clear" w:color="auto" w:fill="FFF2CC"/>
          </w:tcPr>
          <w:p w14:paraId="3CE0F68E" w14:textId="77777777" w:rsidR="00F92F3A" w:rsidRDefault="00000000">
            <w:r>
              <w:rPr>
                <w:b/>
                <w:bCs/>
              </w:rPr>
              <w:t>21</w:t>
            </w:r>
          </w:p>
        </w:tc>
        <w:tc>
          <w:tcPr>
            <w:tcW w:w="2041" w:type="dxa"/>
            <w:shd w:val="clear" w:color="auto" w:fill="FFF2CC"/>
          </w:tcPr>
          <w:p w14:paraId="1D5F6B1F" w14:textId="77777777" w:rsidR="00F92F3A" w:rsidRDefault="00000000">
            <w:r>
              <w:rPr>
                <w:b/>
                <w:bCs/>
              </w:rPr>
              <w:t>22</w:t>
            </w:r>
          </w:p>
        </w:tc>
        <w:tc>
          <w:tcPr>
            <w:tcW w:w="2041" w:type="dxa"/>
            <w:shd w:val="clear" w:color="auto" w:fill="FFF2CC"/>
          </w:tcPr>
          <w:p w14:paraId="709D4D50" w14:textId="77777777" w:rsidR="00F92F3A" w:rsidRDefault="00000000">
            <w:r>
              <w:rPr>
                <w:b/>
                <w:bCs/>
              </w:rPr>
              <w:t>23</w:t>
            </w:r>
          </w:p>
        </w:tc>
        <w:tc>
          <w:tcPr>
            <w:tcW w:w="2041" w:type="dxa"/>
            <w:shd w:val="clear" w:color="auto" w:fill="FFF2CC"/>
          </w:tcPr>
          <w:p w14:paraId="5DABFA16" w14:textId="77777777" w:rsidR="00F92F3A" w:rsidRDefault="00000000">
            <w:r>
              <w:rPr>
                <w:b/>
                <w:bCs/>
              </w:rPr>
              <w:t>24</w:t>
            </w:r>
            <w:r>
              <w:t xml:space="preserve"> ★</w:t>
            </w:r>
          </w:p>
          <w:p w14:paraId="29A5F9EE" w14:textId="77777777" w:rsidR="00F92F3A" w:rsidRDefault="00000000">
            <w:r>
              <w:rPr>
                <w:sz w:val="16"/>
                <w:szCs w:val="16"/>
              </w:rPr>
              <w:t>Christmas Eve (part-day)</w:t>
            </w:r>
          </w:p>
        </w:tc>
        <w:tc>
          <w:tcPr>
            <w:tcW w:w="2041" w:type="dxa"/>
            <w:shd w:val="clear" w:color="auto" w:fill="FFF2CC"/>
          </w:tcPr>
          <w:p w14:paraId="5F71F46E" w14:textId="77777777" w:rsidR="00F92F3A" w:rsidRDefault="00000000">
            <w:r>
              <w:rPr>
                <w:b/>
                <w:bCs/>
              </w:rPr>
              <w:t>25</w:t>
            </w:r>
            <w:r>
              <w:t xml:space="preserve"> ★</w:t>
            </w:r>
          </w:p>
          <w:p w14:paraId="31BAF90D" w14:textId="77777777" w:rsidR="00F92F3A" w:rsidRDefault="00000000">
            <w:r>
              <w:rPr>
                <w:sz w:val="16"/>
                <w:szCs w:val="16"/>
              </w:rPr>
              <w:t>Christmas Day</w:t>
            </w:r>
          </w:p>
        </w:tc>
        <w:tc>
          <w:tcPr>
            <w:tcW w:w="2041" w:type="dxa"/>
            <w:shd w:val="clear" w:color="auto" w:fill="FFF2CC"/>
          </w:tcPr>
          <w:p w14:paraId="6CF1406F" w14:textId="77777777" w:rsidR="00F92F3A" w:rsidRDefault="00000000">
            <w:r>
              <w:rPr>
                <w:b/>
                <w:bCs/>
              </w:rPr>
              <w:t>26</w:t>
            </w:r>
            <w:r>
              <w:t xml:space="preserve"> ★</w:t>
            </w:r>
          </w:p>
          <w:p w14:paraId="7E41E4EC" w14:textId="77777777" w:rsidR="00F92F3A" w:rsidRDefault="00000000">
            <w:r>
              <w:rPr>
                <w:sz w:val="16"/>
                <w:szCs w:val="16"/>
              </w:rPr>
              <w:t>Boxing Day</w:t>
            </w:r>
          </w:p>
        </w:tc>
        <w:tc>
          <w:tcPr>
            <w:tcW w:w="2041" w:type="dxa"/>
            <w:shd w:val="clear" w:color="auto" w:fill="FFF2CC"/>
          </w:tcPr>
          <w:p w14:paraId="40F822A7" w14:textId="77777777" w:rsidR="00F92F3A" w:rsidRDefault="00000000">
            <w:r>
              <w:rPr>
                <w:b/>
                <w:bCs/>
              </w:rPr>
              <w:t>27</w:t>
            </w:r>
          </w:p>
        </w:tc>
      </w:tr>
      <w:tr w:rsidR="00F92F3A" w14:paraId="41349D25" w14:textId="77777777">
        <w:trPr>
          <w:trHeight w:val="1974"/>
        </w:trPr>
        <w:tc>
          <w:tcPr>
            <w:tcW w:w="2041" w:type="dxa"/>
            <w:shd w:val="clear" w:color="auto" w:fill="FFF2CC"/>
          </w:tcPr>
          <w:p w14:paraId="2788707D" w14:textId="77777777" w:rsidR="00F92F3A" w:rsidRDefault="00000000">
            <w:r>
              <w:rPr>
                <w:b/>
                <w:bCs/>
              </w:rPr>
              <w:t>28</w:t>
            </w:r>
            <w:r>
              <w:t xml:space="preserve"> ★</w:t>
            </w:r>
          </w:p>
          <w:p w14:paraId="385035D1" w14:textId="77777777" w:rsidR="00F92F3A" w:rsidRDefault="00000000">
            <w:r>
              <w:rPr>
                <w:sz w:val="16"/>
                <w:szCs w:val="16"/>
              </w:rPr>
              <w:t>Boxing Day holiday</w:t>
            </w:r>
          </w:p>
        </w:tc>
        <w:tc>
          <w:tcPr>
            <w:tcW w:w="2041" w:type="dxa"/>
            <w:shd w:val="clear" w:color="auto" w:fill="FFF2CC"/>
          </w:tcPr>
          <w:p w14:paraId="782D548F" w14:textId="77777777" w:rsidR="00F92F3A" w:rsidRDefault="00000000">
            <w:r>
              <w:rPr>
                <w:b/>
                <w:bCs/>
              </w:rPr>
              <w:t>29</w:t>
            </w:r>
          </w:p>
        </w:tc>
        <w:tc>
          <w:tcPr>
            <w:tcW w:w="2041" w:type="dxa"/>
            <w:shd w:val="clear" w:color="auto" w:fill="FFF2CC"/>
          </w:tcPr>
          <w:p w14:paraId="7E11F6A5" w14:textId="77777777" w:rsidR="00F92F3A" w:rsidRDefault="00000000">
            <w:r>
              <w:rPr>
                <w:b/>
                <w:bCs/>
              </w:rPr>
              <w:t>30</w:t>
            </w:r>
          </w:p>
        </w:tc>
        <w:tc>
          <w:tcPr>
            <w:tcW w:w="2041" w:type="dxa"/>
            <w:shd w:val="clear" w:color="auto" w:fill="FFF2CC"/>
          </w:tcPr>
          <w:p w14:paraId="12300C29" w14:textId="77777777" w:rsidR="00F92F3A" w:rsidRDefault="00000000">
            <w:r>
              <w:rPr>
                <w:b/>
                <w:bCs/>
              </w:rPr>
              <w:t>31</w:t>
            </w:r>
          </w:p>
        </w:tc>
        <w:tc>
          <w:tcPr>
            <w:tcW w:w="2041" w:type="dxa"/>
          </w:tcPr>
          <w:p w14:paraId="584F29E1" w14:textId="77777777" w:rsidR="00F92F3A" w:rsidRDefault="00F92F3A"/>
        </w:tc>
        <w:tc>
          <w:tcPr>
            <w:tcW w:w="2041" w:type="dxa"/>
          </w:tcPr>
          <w:p w14:paraId="70068449" w14:textId="77777777" w:rsidR="00F92F3A" w:rsidRDefault="00F92F3A"/>
        </w:tc>
        <w:tc>
          <w:tcPr>
            <w:tcW w:w="2041" w:type="dxa"/>
          </w:tcPr>
          <w:p w14:paraId="450DE5C5" w14:textId="77777777" w:rsidR="00F92F3A" w:rsidRDefault="00F92F3A"/>
        </w:tc>
      </w:tr>
    </w:tbl>
    <w:p w14:paraId="1A7D6178" w14:textId="77777777" w:rsidR="00F92F3A" w:rsidRDefault="00F92F3A"/>
    <w:p w14:paraId="571107F1" w14:textId="77777777" w:rsidR="00F92F3A" w:rsidRDefault="00000000">
      <w:r>
        <w:lastRenderedPageBreak/>
        <w:t xml:space="preserve">Seniors Rep Options for 2026 </w:t>
      </w:r>
    </w:p>
    <w:p w14:paraId="436A901A" w14:textId="77777777" w:rsidR="00F92F3A" w:rsidRDefault="00000000">
      <w:r>
        <w:t>Option 1:</w:t>
      </w:r>
    </w:p>
    <w:p w14:paraId="6A271055" w14:textId="77777777" w:rsidR="00F92F3A" w:rsidRDefault="00000000">
      <w:r>
        <w:t xml:space="preserve">Competitions: Senior State Age and Country Carnival </w:t>
      </w:r>
    </w:p>
    <w:p w14:paraId="77AA7361" w14:textId="77777777" w:rsidR="00F92F3A" w:rsidRDefault="00000000">
      <w:r>
        <w:t xml:space="preserve">Rep Carnival’s: Rocky Red Rooster and Bundaberg Rep </w:t>
      </w:r>
    </w:p>
    <w:p w14:paraId="61193CA8" w14:textId="77777777" w:rsidR="00F92F3A" w:rsidRDefault="00F92F3A"/>
    <w:p w14:paraId="2038F2F1" w14:textId="77777777" w:rsidR="00F92F3A" w:rsidRDefault="00000000">
      <w:r>
        <w:t xml:space="preserve">Option 2: </w:t>
      </w:r>
    </w:p>
    <w:p w14:paraId="43CCCF55" w14:textId="77777777" w:rsidR="00F92F3A" w:rsidRDefault="00000000">
      <w:r>
        <w:t xml:space="preserve">Competitions: Senior State Age and Country Carnival </w:t>
      </w:r>
    </w:p>
    <w:p w14:paraId="233ACA2B" w14:textId="77777777" w:rsidR="00F92F3A" w:rsidRDefault="00000000">
      <w:r>
        <w:t xml:space="preserve">Rep Carnival’s: Rocky Red Rooster only  </w:t>
      </w:r>
    </w:p>
    <w:p w14:paraId="216AA8BE" w14:textId="77777777" w:rsidR="00F92F3A" w:rsidRDefault="00F92F3A"/>
    <w:p w14:paraId="13D841B1" w14:textId="77777777" w:rsidR="00F92F3A" w:rsidRDefault="00000000">
      <w:r>
        <w:t xml:space="preserve">Option 3: (same as 2025) </w:t>
      </w:r>
    </w:p>
    <w:p w14:paraId="6A5CCD69" w14:textId="77777777" w:rsidR="00F92F3A" w:rsidRDefault="00000000">
      <w:r>
        <w:t xml:space="preserve"> Competitions: Senior State Age </w:t>
      </w:r>
    </w:p>
    <w:p w14:paraId="05411222" w14:textId="77777777" w:rsidR="00F92F3A" w:rsidRDefault="00000000">
      <w:r>
        <w:t xml:space="preserve">Rep Carnival’s: Rocky Red Rooster and Bundaberg </w:t>
      </w:r>
    </w:p>
    <w:p w14:paraId="2C6165CA" w14:textId="77777777" w:rsidR="00F92F3A" w:rsidRDefault="00F92F3A"/>
    <w:p w14:paraId="2F8ABC24" w14:textId="77777777" w:rsidR="00F92F3A" w:rsidRDefault="00F92F3A"/>
    <w:p w14:paraId="78608F09" w14:textId="77777777" w:rsidR="00F92F3A" w:rsidRDefault="00F92F3A"/>
    <w:p w14:paraId="2B5C43EE" w14:textId="77777777" w:rsidR="00F92F3A" w:rsidRDefault="00F92F3A"/>
    <w:p w14:paraId="0DA6DE73" w14:textId="77777777" w:rsidR="00F92F3A" w:rsidRDefault="00F92F3A"/>
    <w:p w14:paraId="55B0A536" w14:textId="77777777" w:rsidR="00F92F3A" w:rsidRDefault="00F92F3A"/>
    <w:p w14:paraId="74BEF4BC" w14:textId="77777777" w:rsidR="00F92F3A" w:rsidRDefault="00F92F3A"/>
    <w:p w14:paraId="5CBFD49E" w14:textId="77777777" w:rsidR="00F92F3A" w:rsidRDefault="00F92F3A"/>
    <w:p w14:paraId="464CA935" w14:textId="77777777" w:rsidR="00F92F3A" w:rsidRDefault="00F92F3A"/>
    <w:p w14:paraId="0604411B" w14:textId="77777777" w:rsidR="00F92F3A" w:rsidRDefault="00F92F3A"/>
    <w:p w14:paraId="6C425D08" w14:textId="77777777" w:rsidR="00F92F3A" w:rsidRDefault="00000000">
      <w:r>
        <w:lastRenderedPageBreak/>
        <w:t xml:space="preserve">Junior Rep Options for 2026 </w:t>
      </w:r>
    </w:p>
    <w:p w14:paraId="48F7ECE6" w14:textId="77777777" w:rsidR="00F92F3A" w:rsidRDefault="00000000">
      <w:r>
        <w:t>Option 1:</w:t>
      </w:r>
    </w:p>
    <w:p w14:paraId="6A480A18" w14:textId="77777777" w:rsidR="00F92F3A" w:rsidRDefault="00000000">
      <w:r>
        <w:t>Competitions: Junior State Age and Country Carnival (both Navy and Gold)</w:t>
      </w:r>
    </w:p>
    <w:p w14:paraId="68B8330D" w14:textId="77777777" w:rsidR="00F92F3A" w:rsidRDefault="00000000">
      <w:r>
        <w:t>Rep Carnival’s: Rocky Red Rooster and Bundaberg Rep (both Navy and Gold)</w:t>
      </w:r>
    </w:p>
    <w:p w14:paraId="7D8B6EFB" w14:textId="77777777" w:rsidR="00F92F3A" w:rsidRDefault="00F92F3A"/>
    <w:p w14:paraId="692D9DA6" w14:textId="77777777" w:rsidR="00F92F3A" w:rsidRDefault="00000000">
      <w:r>
        <w:t xml:space="preserve">Option 2: </w:t>
      </w:r>
    </w:p>
    <w:p w14:paraId="1605DCEC" w14:textId="77777777" w:rsidR="00F92F3A" w:rsidRDefault="00000000">
      <w:r>
        <w:t>Competitions: Junior State Age (Gold Coast – July – 4 days) and Country Carnival (Mackay -May long weekend – 2 days only) – Both Navy and Gold</w:t>
      </w:r>
    </w:p>
    <w:p w14:paraId="79F9079F" w14:textId="77777777" w:rsidR="00F92F3A" w:rsidRDefault="00000000">
      <w:r>
        <w:t xml:space="preserve">Rep Carnival’s: Rocky (Navy and Gold) – no Bundaberg Carnival </w:t>
      </w:r>
    </w:p>
    <w:p w14:paraId="61A66050" w14:textId="77777777" w:rsidR="00F92F3A" w:rsidRDefault="00F92F3A"/>
    <w:p w14:paraId="46C9B926" w14:textId="77777777" w:rsidR="00F92F3A" w:rsidRDefault="00000000">
      <w:r>
        <w:t xml:space="preserve">Option 3: (due to Country Carnival age divisions u/12, u/14 u/16s with no graded divisions) </w:t>
      </w:r>
    </w:p>
    <w:p w14:paraId="43D0C9B6" w14:textId="77777777" w:rsidR="00F92F3A" w:rsidRDefault="00000000">
      <w:r>
        <w:t xml:space="preserve">Competitions: Junior State Age (Gold Coast – July – 4 days) and Country Carnival (Mackay -May long weekend – 2 days only) (Gold only) and Junior State Age (Gold Coast – July – 4 days) only for Navy </w:t>
      </w:r>
    </w:p>
    <w:p w14:paraId="3BD71BF7" w14:textId="77777777" w:rsidR="00F92F3A" w:rsidRDefault="00000000">
      <w:r>
        <w:t xml:space="preserve">Rep Carnival’s: Rocky Red Rooster for both Gold and Navy and Bundaberg only for Navy (instead of Country) </w:t>
      </w:r>
    </w:p>
    <w:p w14:paraId="4658AC32" w14:textId="77777777" w:rsidR="00F92F3A" w:rsidRDefault="00F92F3A"/>
    <w:p w14:paraId="52D2CF5B" w14:textId="77777777" w:rsidR="00F92F3A" w:rsidRDefault="00000000">
      <w:r>
        <w:t xml:space="preserve">Option 3: (due to Country Carnival age divisions u/12, u/14 u/16s with no graded divisions) </w:t>
      </w:r>
    </w:p>
    <w:p w14:paraId="7C69C40D" w14:textId="77777777" w:rsidR="00F92F3A" w:rsidRDefault="00000000">
      <w:r>
        <w:t xml:space="preserve">Comps: Junior SA and Country Carnival (Gold only) and Junior State Age only for Navy </w:t>
      </w:r>
    </w:p>
    <w:p w14:paraId="00931971" w14:textId="77777777" w:rsidR="00F92F3A" w:rsidRDefault="00000000">
      <w:r>
        <w:t xml:space="preserve">Rep Carnival’s: Rocky both and Bundaberg only for Navy (instead of Country) </w:t>
      </w:r>
    </w:p>
    <w:p w14:paraId="2643BB20" w14:textId="77777777" w:rsidR="00F92F3A" w:rsidRDefault="00F92F3A"/>
    <w:p w14:paraId="0F6E8183" w14:textId="77777777" w:rsidR="00F92F3A" w:rsidRDefault="00F92F3A"/>
    <w:p w14:paraId="1D6B3720" w14:textId="77777777" w:rsidR="00F92F3A" w:rsidRDefault="00F92F3A"/>
    <w:sectPr w:rsidR="00F92F3A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37FF1CC-DD6A-4088-A40E-10E0E4D22DF3}"/>
    <w:embedBold r:id="rId2" w:fontKey="{C12BD1FA-7331-4922-B1A0-B9886DAB3BA2}"/>
    <w:embedItalic r:id="rId3" w:fontKey="{A9C7221E-8BE5-47FC-B0A7-570E7ED9A174}"/>
    <w:embedBoldItalic r:id="rId4" w:fontKey="{5A8B1484-2E3B-4E10-A3C6-246EAAF1E5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62847A3-3BAC-4E07-AC94-B97CAB5D45B0}"/>
    <w:embedBold r:id="rId6" w:fontKey="{A207058B-E291-4D61-83F0-6AA9390E9AEC}"/>
    <w:embedItalic r:id="rId7" w:fontKey="{A08D6BFD-78B0-46A2-823D-48CB0B20C7CB}"/>
    <w:embedBoldItalic r:id="rId8" w:fontKey="{CF12ABB2-6F37-4294-AD78-6F09C24095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30792"/>
    <w:multiLevelType w:val="multilevel"/>
    <w:tmpl w:val="47584CA4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61523619">
    <w:abstractNumId w:val="0"/>
  </w:num>
  <w:num w:numId="2" w16cid:durableId="18840517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723406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7029819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293983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513546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F3A"/>
    <w:rsid w:val="001517C8"/>
    <w:rsid w:val="002E32B5"/>
    <w:rsid w:val="005354D4"/>
    <w:rsid w:val="00657FC1"/>
    <w:rsid w:val="007557AD"/>
    <w:rsid w:val="00854A0C"/>
    <w:rsid w:val="009E7391"/>
    <w:rsid w:val="00A61BB1"/>
    <w:rsid w:val="00A75AA6"/>
    <w:rsid w:val="00AF39E7"/>
    <w:rsid w:val="00BB1BFD"/>
    <w:rsid w:val="00F078BC"/>
    <w:rsid w:val="00F92F3A"/>
    <w:rsid w:val="00FE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5CEF2"/>
  <w15:docId w15:val="{6C034778-4F12-41A1-A795-5C256F911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wdNmHtOyzLQX/ka0psRV/oAeiQ==">CgMxLjA4AHIhMUNXUGxVQUNsSFFDRTRYbVY1Tm85dW92WGd6NmJGN3Ru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17</Pages>
  <Words>951</Words>
  <Characters>5422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Capricorn Coast Netball</cp:lastModifiedBy>
  <cp:revision>5</cp:revision>
  <dcterms:created xsi:type="dcterms:W3CDTF">2025-09-24T01:45:00Z</dcterms:created>
  <dcterms:modified xsi:type="dcterms:W3CDTF">2026-01-18T23:45:00Z</dcterms:modified>
</cp:coreProperties>
</file>